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DC627" w14:textId="659A5F70" w:rsidR="003D42A8" w:rsidRPr="00011564" w:rsidRDefault="00B166A0" w:rsidP="00E96AF3">
      <w:pPr>
        <w:pStyle w:val="berschrift1"/>
        <w:jc w:val="center"/>
        <w:rPr>
          <w:u w:val="single"/>
          <w:lang w:val="en-US"/>
        </w:rPr>
      </w:pPr>
      <w:bookmarkStart w:id="0" w:name="_Hlk233622958"/>
      <w:bookmarkStart w:id="1" w:name="_Hlk233621425"/>
      <w:r w:rsidRPr="00011564">
        <w:rPr>
          <w:u w:val="single"/>
          <w:lang w:val="en-US"/>
        </w:rPr>
        <w:t>ERASMUS+ LEARNING AGREEMENT</w:t>
      </w:r>
      <w:r w:rsidR="00E96AF3" w:rsidRPr="00011564">
        <w:rPr>
          <w:u w:val="single"/>
          <w:lang w:val="en-US"/>
        </w:rPr>
        <w:t xml:space="preserve"> </w:t>
      </w:r>
    </w:p>
    <w:p w14:paraId="7DD48AFD" w14:textId="2316D815" w:rsidR="00343B84" w:rsidRPr="00B64311" w:rsidRDefault="00C63C74" w:rsidP="00AC2DC1">
      <w:pPr>
        <w:pStyle w:val="berschrift2"/>
      </w:pPr>
      <w:r w:rsidRPr="00B64311">
        <w:t>Student Mobility for Studies</w:t>
      </w:r>
      <w:r w:rsidR="00FF27A8" w:rsidRPr="00B64311">
        <w:t xml:space="preserve"> </w:t>
      </w:r>
      <w:r w:rsidRPr="00B64311">
        <w:t>(KA131 International mobility)</w:t>
      </w:r>
    </w:p>
    <w:bookmarkEnd w:id="0"/>
    <w:p w14:paraId="0EEBE2B7" w14:textId="77777777" w:rsidR="00B314B8" w:rsidRPr="00011564" w:rsidRDefault="00B314B8" w:rsidP="00E96AF3">
      <w:pPr>
        <w:pStyle w:val="berschrift3"/>
        <w:rPr>
          <w:lang w:val="en-US"/>
        </w:rPr>
      </w:pPr>
    </w:p>
    <w:p w14:paraId="50D790B9" w14:textId="0EB3485D" w:rsidR="003D42A8" w:rsidRPr="00765AF5" w:rsidRDefault="00B166A0" w:rsidP="007076DD">
      <w:pPr>
        <w:pStyle w:val="berschrift2"/>
      </w:pPr>
      <w:r w:rsidRPr="00765AF5">
        <w:t>GENERAL INFORMATION</w:t>
      </w:r>
    </w:p>
    <w:p w14:paraId="71835442" w14:textId="7DC4977A" w:rsidR="00F66645" w:rsidRPr="00D37101" w:rsidRDefault="00522A1A" w:rsidP="00D37101">
      <w:pPr>
        <w:pStyle w:val="berschrift4"/>
      </w:pPr>
      <w:r w:rsidRPr="00D37101">
        <w:t>Student Information</w:t>
      </w:r>
    </w:p>
    <w:tbl>
      <w:tblPr>
        <w:tblStyle w:val="Tabellenraster"/>
        <w:tblW w:w="0" w:type="auto"/>
        <w:jc w:val="center"/>
        <w:tblLook w:val="04A0" w:firstRow="1" w:lastRow="0" w:firstColumn="1" w:lastColumn="0" w:noHBand="0" w:noVBand="1"/>
      </w:tblPr>
      <w:tblGrid>
        <w:gridCol w:w="4675"/>
        <w:gridCol w:w="4675"/>
      </w:tblGrid>
      <w:tr w:rsidR="002B6417" w:rsidRPr="00011564" w14:paraId="0EE92952" w14:textId="77777777" w:rsidTr="00412F1B">
        <w:trPr>
          <w:trHeight w:val="340"/>
          <w:jc w:val="center"/>
        </w:trPr>
        <w:tc>
          <w:tcPr>
            <w:tcW w:w="0" w:type="auto"/>
            <w:shd w:val="clear" w:color="auto" w:fill="D9D9D9" w:themeFill="background1" w:themeFillShade="D9"/>
            <w:vAlign w:val="center"/>
          </w:tcPr>
          <w:p w14:paraId="4944DE79" w14:textId="46FC40D6" w:rsidR="002B6417" w:rsidRPr="00011564" w:rsidRDefault="002B6417">
            <w:pPr>
              <w:rPr>
                <w:rFonts w:ascii="Source Sans Pro" w:hAnsi="Source Sans Pro"/>
                <w:sz w:val="20"/>
                <w:szCs w:val="20"/>
                <w:lang w:val="en-US"/>
              </w:rPr>
            </w:pPr>
            <w:r w:rsidRPr="00011564">
              <w:rPr>
                <w:rFonts w:ascii="Source Sans Pro" w:hAnsi="Source Sans Pro"/>
                <w:sz w:val="20"/>
                <w:szCs w:val="20"/>
                <w:lang w:val="en-US"/>
              </w:rPr>
              <w:t>Last name(s)</w:t>
            </w:r>
          </w:p>
        </w:tc>
        <w:tc>
          <w:tcPr>
            <w:tcW w:w="0" w:type="auto"/>
            <w:shd w:val="clear" w:color="auto" w:fill="D9D9D9" w:themeFill="background1" w:themeFillShade="D9"/>
            <w:vAlign w:val="center"/>
          </w:tcPr>
          <w:p w14:paraId="72179CD9" w14:textId="2F169177" w:rsidR="002B6417" w:rsidRPr="00011564" w:rsidRDefault="002B6417">
            <w:pPr>
              <w:rPr>
                <w:rFonts w:ascii="Source Sans Pro" w:hAnsi="Source Sans Pro"/>
                <w:sz w:val="20"/>
                <w:szCs w:val="20"/>
                <w:lang w:val="en-US"/>
              </w:rPr>
            </w:pPr>
            <w:r w:rsidRPr="00011564">
              <w:rPr>
                <w:rFonts w:ascii="Source Sans Pro" w:hAnsi="Source Sans Pro"/>
                <w:sz w:val="20"/>
                <w:szCs w:val="20"/>
                <w:lang w:val="en-US"/>
              </w:rPr>
              <w:t>First name(s)</w:t>
            </w:r>
          </w:p>
        </w:tc>
      </w:tr>
      <w:tr w:rsidR="002B6417" w:rsidRPr="00011564" w14:paraId="51C0F3E4" w14:textId="77777777" w:rsidTr="00412F1B">
        <w:trPr>
          <w:trHeight w:val="340"/>
          <w:jc w:val="center"/>
        </w:trPr>
        <w:tc>
          <w:tcPr>
            <w:tcW w:w="4675" w:type="dxa"/>
            <w:vAlign w:val="center"/>
          </w:tcPr>
          <w:p w14:paraId="21E2E544" w14:textId="77777777" w:rsidR="002B6417" w:rsidRPr="00011564" w:rsidRDefault="002B6417">
            <w:pPr>
              <w:rPr>
                <w:rFonts w:ascii="Source Sans Pro" w:hAnsi="Source Sans Pro"/>
                <w:sz w:val="20"/>
                <w:szCs w:val="20"/>
                <w:lang w:val="en-US"/>
              </w:rPr>
            </w:pPr>
          </w:p>
        </w:tc>
        <w:tc>
          <w:tcPr>
            <w:tcW w:w="4675" w:type="dxa"/>
            <w:vAlign w:val="center"/>
          </w:tcPr>
          <w:p w14:paraId="18821734" w14:textId="77777777" w:rsidR="002B6417" w:rsidRPr="00011564" w:rsidRDefault="002B6417">
            <w:pPr>
              <w:rPr>
                <w:rFonts w:ascii="Source Sans Pro" w:hAnsi="Source Sans Pro"/>
                <w:sz w:val="20"/>
                <w:szCs w:val="20"/>
                <w:lang w:val="en-US"/>
              </w:rPr>
            </w:pPr>
          </w:p>
        </w:tc>
      </w:tr>
      <w:tr w:rsidR="002B6417" w:rsidRPr="00011564" w14:paraId="38C3D24B" w14:textId="77777777" w:rsidTr="00412F1B">
        <w:trPr>
          <w:trHeight w:val="340"/>
          <w:jc w:val="center"/>
        </w:trPr>
        <w:tc>
          <w:tcPr>
            <w:tcW w:w="0" w:type="auto"/>
            <w:shd w:val="clear" w:color="auto" w:fill="D9D9D9" w:themeFill="background1" w:themeFillShade="D9"/>
            <w:vAlign w:val="center"/>
          </w:tcPr>
          <w:p w14:paraId="72594F09" w14:textId="46A252A8" w:rsidR="002B6417" w:rsidRPr="00011564" w:rsidRDefault="002B6417">
            <w:pPr>
              <w:rPr>
                <w:rFonts w:ascii="Source Sans Pro" w:hAnsi="Source Sans Pro"/>
                <w:sz w:val="20"/>
                <w:szCs w:val="20"/>
                <w:lang w:val="en-US"/>
              </w:rPr>
            </w:pPr>
            <w:r w:rsidRPr="00011564">
              <w:rPr>
                <w:rFonts w:ascii="Source Sans Pro" w:hAnsi="Source Sans Pro"/>
                <w:sz w:val="20"/>
                <w:szCs w:val="20"/>
                <w:lang w:val="en-US"/>
              </w:rPr>
              <w:t>Date of birth</w:t>
            </w:r>
          </w:p>
        </w:tc>
        <w:tc>
          <w:tcPr>
            <w:tcW w:w="0" w:type="auto"/>
            <w:shd w:val="clear" w:color="auto" w:fill="D9D9D9" w:themeFill="background1" w:themeFillShade="D9"/>
            <w:vAlign w:val="center"/>
          </w:tcPr>
          <w:p w14:paraId="673A0AF9" w14:textId="65A7D062" w:rsidR="002B6417" w:rsidRPr="00011564" w:rsidRDefault="002B6417">
            <w:pPr>
              <w:rPr>
                <w:rFonts w:ascii="Source Sans Pro" w:hAnsi="Source Sans Pro"/>
                <w:sz w:val="20"/>
                <w:szCs w:val="20"/>
                <w:lang w:val="en-US"/>
              </w:rPr>
            </w:pPr>
            <w:r w:rsidRPr="00011564">
              <w:rPr>
                <w:rFonts w:ascii="Source Sans Pro" w:hAnsi="Source Sans Pro"/>
                <w:sz w:val="20"/>
                <w:szCs w:val="20"/>
                <w:lang w:val="en-US"/>
              </w:rPr>
              <w:t>Nationality</w:t>
            </w:r>
          </w:p>
        </w:tc>
      </w:tr>
      <w:tr w:rsidR="002B6417" w:rsidRPr="00011564" w14:paraId="6418A94E" w14:textId="77777777" w:rsidTr="00412F1B">
        <w:trPr>
          <w:trHeight w:val="340"/>
          <w:jc w:val="center"/>
        </w:trPr>
        <w:tc>
          <w:tcPr>
            <w:tcW w:w="4675" w:type="dxa"/>
            <w:vAlign w:val="center"/>
          </w:tcPr>
          <w:p w14:paraId="4B6746EF" w14:textId="77777777" w:rsidR="002B6417" w:rsidRPr="00011564" w:rsidRDefault="002B6417">
            <w:pPr>
              <w:rPr>
                <w:rFonts w:ascii="Source Sans Pro" w:hAnsi="Source Sans Pro"/>
                <w:sz w:val="20"/>
                <w:szCs w:val="20"/>
                <w:lang w:val="en-US"/>
              </w:rPr>
            </w:pPr>
          </w:p>
        </w:tc>
        <w:tc>
          <w:tcPr>
            <w:tcW w:w="4675" w:type="dxa"/>
            <w:vAlign w:val="center"/>
          </w:tcPr>
          <w:p w14:paraId="541927CC" w14:textId="77777777" w:rsidR="002B6417" w:rsidRPr="00011564" w:rsidRDefault="002B6417">
            <w:pPr>
              <w:rPr>
                <w:rFonts w:ascii="Source Sans Pro" w:hAnsi="Source Sans Pro"/>
                <w:sz w:val="20"/>
                <w:szCs w:val="20"/>
                <w:lang w:val="en-US"/>
              </w:rPr>
            </w:pPr>
          </w:p>
        </w:tc>
      </w:tr>
      <w:tr w:rsidR="002B6417" w:rsidRPr="00011564" w14:paraId="76E7C805" w14:textId="77777777" w:rsidTr="00412F1B">
        <w:trPr>
          <w:trHeight w:val="340"/>
          <w:jc w:val="center"/>
        </w:trPr>
        <w:tc>
          <w:tcPr>
            <w:tcW w:w="0" w:type="auto"/>
            <w:shd w:val="clear" w:color="auto" w:fill="D9D9D9" w:themeFill="background1" w:themeFillShade="D9"/>
            <w:vAlign w:val="center"/>
          </w:tcPr>
          <w:p w14:paraId="2123FA44" w14:textId="24FB8584" w:rsidR="002B6417" w:rsidRPr="00011564" w:rsidRDefault="002B6417">
            <w:pPr>
              <w:rPr>
                <w:rFonts w:ascii="Source Sans Pro" w:hAnsi="Source Sans Pro"/>
                <w:sz w:val="20"/>
                <w:szCs w:val="20"/>
                <w:lang w:val="en-US"/>
              </w:rPr>
            </w:pPr>
            <w:r w:rsidRPr="00011564">
              <w:rPr>
                <w:rFonts w:ascii="Source Sans Pro" w:hAnsi="Source Sans Pro"/>
                <w:sz w:val="20"/>
                <w:szCs w:val="20"/>
                <w:lang w:val="en-US"/>
              </w:rPr>
              <w:t xml:space="preserve">Gender </w:t>
            </w:r>
          </w:p>
        </w:tc>
        <w:tc>
          <w:tcPr>
            <w:tcW w:w="0" w:type="auto"/>
            <w:shd w:val="clear" w:color="auto" w:fill="D9D9D9" w:themeFill="background1" w:themeFillShade="D9"/>
            <w:vAlign w:val="center"/>
          </w:tcPr>
          <w:p w14:paraId="7C44CFE0" w14:textId="73BB8BBA" w:rsidR="002B6417" w:rsidRPr="00011564" w:rsidRDefault="00F66645">
            <w:pPr>
              <w:rPr>
                <w:rFonts w:ascii="Source Sans Pro" w:hAnsi="Source Sans Pro"/>
                <w:sz w:val="20"/>
                <w:szCs w:val="20"/>
                <w:lang w:val="en-US"/>
              </w:rPr>
            </w:pPr>
            <w:r w:rsidRPr="00011564">
              <w:rPr>
                <w:rFonts w:ascii="Source Sans Pro" w:hAnsi="Source Sans Pro"/>
                <w:sz w:val="20"/>
                <w:szCs w:val="20"/>
                <w:lang w:val="en-US"/>
              </w:rPr>
              <w:t>European Student Identifier (ESI)</w:t>
            </w:r>
          </w:p>
        </w:tc>
      </w:tr>
      <w:tr w:rsidR="002B6417" w:rsidRPr="00011564" w14:paraId="36436595" w14:textId="77777777" w:rsidTr="00412F1B">
        <w:trPr>
          <w:trHeight w:val="340"/>
          <w:jc w:val="center"/>
        </w:trPr>
        <w:sdt>
          <w:sdtPr>
            <w:rPr>
              <w:rFonts w:ascii="Source Sans Pro" w:hAnsi="Source Sans Pro"/>
              <w:sz w:val="20"/>
              <w:szCs w:val="20"/>
              <w:lang w:val="en-US"/>
            </w:rPr>
            <w:alias w:val="Gender"/>
            <w:tag w:val="Gender"/>
            <w:id w:val="-18010870"/>
            <w:placeholder>
              <w:docPart w:val="DefaultPlaceholder_-1854013438"/>
            </w:placeholder>
            <w:showingPlcHdr/>
            <w:dropDownList>
              <w:listItem w:displayText="Female" w:value="Female"/>
              <w:listItem w:displayText="Male" w:value="Male"/>
              <w:listItem w:displayText="Diverse" w:value="Diverse"/>
            </w:dropDownList>
          </w:sdtPr>
          <w:sdtEndPr/>
          <w:sdtContent>
            <w:tc>
              <w:tcPr>
                <w:tcW w:w="4675" w:type="dxa"/>
                <w:vAlign w:val="center"/>
              </w:tcPr>
              <w:p w14:paraId="34F16D90" w14:textId="1586B250" w:rsidR="002B6417" w:rsidRPr="00011564" w:rsidRDefault="00B348F9">
                <w:pPr>
                  <w:rPr>
                    <w:rFonts w:ascii="Source Sans Pro" w:hAnsi="Source Sans Pro"/>
                    <w:sz w:val="20"/>
                    <w:szCs w:val="20"/>
                    <w:lang w:val="en-US"/>
                  </w:rPr>
                </w:pPr>
                <w:r w:rsidRPr="00011564">
                  <w:rPr>
                    <w:rStyle w:val="Platzhaltertext"/>
                    <w:sz w:val="20"/>
                    <w:szCs w:val="20"/>
                    <w:lang w:val="en-US"/>
                  </w:rPr>
                  <w:t>Wählen Sie ein Element aus.</w:t>
                </w:r>
              </w:p>
            </w:tc>
          </w:sdtContent>
        </w:sdt>
        <w:tc>
          <w:tcPr>
            <w:tcW w:w="4675" w:type="dxa"/>
            <w:vAlign w:val="center"/>
          </w:tcPr>
          <w:p w14:paraId="2D050FFF" w14:textId="4B223D1D" w:rsidR="002B6417" w:rsidRPr="00011564" w:rsidRDefault="002B6417">
            <w:pPr>
              <w:rPr>
                <w:rFonts w:ascii="Source Sans Pro" w:hAnsi="Source Sans Pro"/>
                <w:sz w:val="20"/>
                <w:szCs w:val="20"/>
                <w:lang w:val="en-US"/>
              </w:rPr>
            </w:pPr>
          </w:p>
        </w:tc>
      </w:tr>
      <w:tr w:rsidR="002B6417" w:rsidRPr="00011564" w14:paraId="15D31C15" w14:textId="77777777" w:rsidTr="00412F1B">
        <w:trPr>
          <w:trHeight w:val="340"/>
          <w:jc w:val="center"/>
        </w:trPr>
        <w:tc>
          <w:tcPr>
            <w:tcW w:w="0" w:type="auto"/>
            <w:shd w:val="clear" w:color="auto" w:fill="D9D9D9" w:themeFill="background1" w:themeFillShade="D9"/>
            <w:vAlign w:val="center"/>
          </w:tcPr>
          <w:p w14:paraId="529CC498" w14:textId="4055B6AC" w:rsidR="002B6417" w:rsidRPr="00011564" w:rsidRDefault="002B6417">
            <w:pPr>
              <w:rPr>
                <w:rFonts w:ascii="Source Sans Pro" w:hAnsi="Source Sans Pro"/>
                <w:sz w:val="20"/>
                <w:szCs w:val="20"/>
                <w:lang w:val="en-US"/>
              </w:rPr>
            </w:pPr>
            <w:r w:rsidRPr="00011564">
              <w:rPr>
                <w:rFonts w:ascii="Source Sans Pro" w:hAnsi="Source Sans Pro"/>
                <w:sz w:val="20"/>
                <w:szCs w:val="20"/>
                <w:lang w:val="en-US"/>
              </w:rPr>
              <w:t>EQF Level</w:t>
            </w:r>
          </w:p>
        </w:tc>
        <w:tc>
          <w:tcPr>
            <w:tcW w:w="0" w:type="auto"/>
            <w:shd w:val="clear" w:color="auto" w:fill="D9D9D9" w:themeFill="background1" w:themeFillShade="D9"/>
            <w:vAlign w:val="center"/>
          </w:tcPr>
          <w:p w14:paraId="632ECF49" w14:textId="2F38FD83" w:rsidR="002B6417" w:rsidRPr="00011564" w:rsidRDefault="00F66645">
            <w:pPr>
              <w:rPr>
                <w:rFonts w:ascii="Source Sans Pro" w:hAnsi="Source Sans Pro"/>
                <w:sz w:val="20"/>
                <w:szCs w:val="20"/>
                <w:lang w:val="en-US"/>
              </w:rPr>
            </w:pPr>
            <w:r w:rsidRPr="00011564">
              <w:rPr>
                <w:rFonts w:ascii="Source Sans Pro" w:hAnsi="Source Sans Pro"/>
                <w:sz w:val="20"/>
                <w:szCs w:val="20"/>
                <w:lang w:val="en-US"/>
              </w:rPr>
              <w:t>ISCED Code</w:t>
            </w:r>
          </w:p>
        </w:tc>
      </w:tr>
      <w:tr w:rsidR="002B6417" w:rsidRPr="00011564" w14:paraId="04488189" w14:textId="77777777" w:rsidTr="00412F1B">
        <w:trPr>
          <w:trHeight w:val="340"/>
          <w:jc w:val="center"/>
        </w:trPr>
        <w:sdt>
          <w:sdtPr>
            <w:rPr>
              <w:rFonts w:ascii="Source Sans Pro" w:hAnsi="Source Sans Pro"/>
              <w:sz w:val="20"/>
              <w:szCs w:val="20"/>
              <w:lang w:val="en-US"/>
            </w:rPr>
            <w:alias w:val="EQF Level"/>
            <w:tag w:val="EQF Level"/>
            <w:id w:val="-1442451272"/>
            <w:placeholder>
              <w:docPart w:val="DefaultPlaceholder_-1854013438"/>
            </w:placeholder>
            <w:showingPlcHdr/>
            <w:dropDownList>
              <w:listItem w:value="Wählen Sie ein Element aus."/>
              <w:listItem w:displayText="EQF 6 - Bachelor" w:value="EQF 6 - Bachelor"/>
              <w:listItem w:displayText="EQF 7 - Master" w:value="EQF 7 - Master"/>
              <w:listItem w:displayText="EQF 8 - Doctorate" w:value="EQF 8 - Doctorate"/>
            </w:dropDownList>
          </w:sdtPr>
          <w:sdtEndPr/>
          <w:sdtContent>
            <w:tc>
              <w:tcPr>
                <w:tcW w:w="4675" w:type="dxa"/>
                <w:vAlign w:val="center"/>
              </w:tcPr>
              <w:p w14:paraId="5EE90F12" w14:textId="129744D4" w:rsidR="002B6417" w:rsidRPr="00011564" w:rsidRDefault="00256117">
                <w:pPr>
                  <w:rPr>
                    <w:rFonts w:ascii="Source Sans Pro" w:hAnsi="Source Sans Pro"/>
                    <w:sz w:val="20"/>
                    <w:szCs w:val="20"/>
                    <w:lang w:val="en-US"/>
                  </w:rPr>
                </w:pPr>
                <w:r w:rsidRPr="00011564">
                  <w:rPr>
                    <w:rStyle w:val="Platzhaltertext"/>
                    <w:sz w:val="20"/>
                    <w:szCs w:val="20"/>
                    <w:lang w:val="en-US"/>
                  </w:rPr>
                  <w:t>Wählen Sie ein Element aus.</w:t>
                </w:r>
              </w:p>
            </w:tc>
          </w:sdtContent>
        </w:sdt>
        <w:tc>
          <w:tcPr>
            <w:tcW w:w="4675" w:type="dxa"/>
            <w:vAlign w:val="center"/>
          </w:tcPr>
          <w:p w14:paraId="2DF3FD48" w14:textId="77777777" w:rsidR="002B6417" w:rsidRPr="00011564" w:rsidRDefault="002B6417">
            <w:pPr>
              <w:rPr>
                <w:rFonts w:ascii="Source Sans Pro" w:hAnsi="Source Sans Pro"/>
                <w:sz w:val="20"/>
                <w:szCs w:val="20"/>
                <w:lang w:val="en-US"/>
              </w:rPr>
            </w:pPr>
          </w:p>
        </w:tc>
      </w:tr>
      <w:tr w:rsidR="00F92455" w:rsidRPr="00011564" w14:paraId="3CC12097" w14:textId="77777777" w:rsidTr="00412F1B">
        <w:trPr>
          <w:trHeight w:val="340"/>
          <w:jc w:val="center"/>
        </w:trPr>
        <w:tc>
          <w:tcPr>
            <w:tcW w:w="0" w:type="auto"/>
            <w:gridSpan w:val="2"/>
            <w:shd w:val="clear" w:color="auto" w:fill="D9D9D9" w:themeFill="background1" w:themeFillShade="D9"/>
            <w:vAlign w:val="center"/>
          </w:tcPr>
          <w:p w14:paraId="36823893" w14:textId="7AAEDFD4" w:rsidR="00F92455" w:rsidRPr="00011564" w:rsidRDefault="00F92455">
            <w:pPr>
              <w:rPr>
                <w:rFonts w:ascii="Source Sans Pro" w:hAnsi="Source Sans Pro"/>
                <w:sz w:val="20"/>
                <w:szCs w:val="20"/>
                <w:lang w:val="en-US"/>
              </w:rPr>
            </w:pPr>
            <w:r w:rsidRPr="00011564">
              <w:rPr>
                <w:rFonts w:ascii="Source Sans Pro" w:hAnsi="Source Sans Pro"/>
                <w:sz w:val="20"/>
                <w:szCs w:val="20"/>
                <w:lang w:val="en-US"/>
              </w:rPr>
              <w:t>Field of Education (clarification)</w:t>
            </w:r>
          </w:p>
        </w:tc>
      </w:tr>
      <w:tr w:rsidR="00F92455" w:rsidRPr="00011564" w14:paraId="5B20B50A" w14:textId="77777777" w:rsidTr="00412F1B">
        <w:trPr>
          <w:trHeight w:val="340"/>
          <w:jc w:val="center"/>
        </w:trPr>
        <w:tc>
          <w:tcPr>
            <w:tcW w:w="9350" w:type="dxa"/>
            <w:gridSpan w:val="2"/>
            <w:vAlign w:val="center"/>
          </w:tcPr>
          <w:p w14:paraId="0A68375E" w14:textId="77777777" w:rsidR="00F92455" w:rsidRPr="00011564" w:rsidRDefault="00F92455">
            <w:pPr>
              <w:rPr>
                <w:rFonts w:ascii="Source Sans Pro" w:hAnsi="Source Sans Pro"/>
                <w:sz w:val="20"/>
                <w:szCs w:val="20"/>
                <w:lang w:val="en-US"/>
              </w:rPr>
            </w:pPr>
          </w:p>
        </w:tc>
      </w:tr>
      <w:tr w:rsidR="002B6417" w:rsidRPr="00011564" w14:paraId="3EDFAC64" w14:textId="77777777" w:rsidTr="00412F1B">
        <w:trPr>
          <w:trHeight w:val="340"/>
          <w:jc w:val="center"/>
        </w:trPr>
        <w:tc>
          <w:tcPr>
            <w:tcW w:w="0" w:type="auto"/>
            <w:shd w:val="clear" w:color="auto" w:fill="D9D9D9" w:themeFill="background1" w:themeFillShade="D9"/>
            <w:vAlign w:val="center"/>
          </w:tcPr>
          <w:p w14:paraId="708D0DE7" w14:textId="425C32DB" w:rsidR="002B6417" w:rsidRPr="00011564" w:rsidRDefault="002B6417">
            <w:pPr>
              <w:rPr>
                <w:rFonts w:ascii="Source Sans Pro" w:hAnsi="Source Sans Pro"/>
                <w:sz w:val="20"/>
                <w:szCs w:val="20"/>
                <w:lang w:val="en-US"/>
              </w:rPr>
            </w:pPr>
            <w:r w:rsidRPr="00011564">
              <w:rPr>
                <w:rFonts w:ascii="Source Sans Pro" w:hAnsi="Source Sans Pro"/>
                <w:sz w:val="20"/>
                <w:szCs w:val="20"/>
                <w:lang w:val="en-US"/>
              </w:rPr>
              <w:t xml:space="preserve">Green Travel </w:t>
            </w:r>
          </w:p>
        </w:tc>
        <w:tc>
          <w:tcPr>
            <w:tcW w:w="0" w:type="auto"/>
            <w:shd w:val="clear" w:color="auto" w:fill="D9D9D9" w:themeFill="background1" w:themeFillShade="D9"/>
            <w:vAlign w:val="center"/>
          </w:tcPr>
          <w:p w14:paraId="6E5B47D5" w14:textId="50FB8B9C" w:rsidR="002B6417" w:rsidRPr="00011564" w:rsidRDefault="002B6417">
            <w:pPr>
              <w:rPr>
                <w:rFonts w:ascii="Source Sans Pro" w:hAnsi="Source Sans Pro"/>
                <w:sz w:val="20"/>
                <w:szCs w:val="20"/>
                <w:lang w:val="en-US"/>
              </w:rPr>
            </w:pPr>
            <w:r w:rsidRPr="00011564">
              <w:rPr>
                <w:rFonts w:ascii="Source Sans Pro" w:hAnsi="Source Sans Pro"/>
                <w:sz w:val="20"/>
                <w:szCs w:val="20"/>
                <w:lang w:val="en-US"/>
              </w:rPr>
              <w:t>Inclusion Support</w:t>
            </w:r>
          </w:p>
        </w:tc>
      </w:tr>
      <w:tr w:rsidR="002B6417" w:rsidRPr="00011564" w14:paraId="059919AE" w14:textId="77777777" w:rsidTr="00412F1B">
        <w:trPr>
          <w:trHeight w:val="340"/>
          <w:jc w:val="center"/>
        </w:trPr>
        <w:sdt>
          <w:sdtPr>
            <w:rPr>
              <w:rFonts w:ascii="Source Sans Pro" w:hAnsi="Source Sans Pro"/>
              <w:sz w:val="20"/>
              <w:szCs w:val="20"/>
              <w:lang w:val="en-US"/>
            </w:rPr>
            <w:id w:val="7188713"/>
            <w:placeholder>
              <w:docPart w:val="DefaultPlaceholder_-1854013438"/>
            </w:placeholder>
            <w:showingPlcHdr/>
            <w:dropDownList>
              <w:listItem w:value="Wählen Sie ein Element aus."/>
              <w:listItem w:displayText="Yes" w:value="Yes"/>
              <w:listItem w:displayText="No" w:value="No"/>
            </w:dropDownList>
          </w:sdtPr>
          <w:sdtEndPr/>
          <w:sdtContent>
            <w:tc>
              <w:tcPr>
                <w:tcW w:w="4675" w:type="dxa"/>
                <w:vAlign w:val="center"/>
              </w:tcPr>
              <w:p w14:paraId="45F625F1" w14:textId="2369DB0D" w:rsidR="002B6417" w:rsidRPr="00AB0B20" w:rsidRDefault="001D342E">
                <w:pPr>
                  <w:rPr>
                    <w:rFonts w:ascii="Source Sans Pro" w:hAnsi="Source Sans Pro"/>
                    <w:sz w:val="20"/>
                    <w:szCs w:val="20"/>
                    <w:lang w:val="en-US"/>
                  </w:rPr>
                </w:pPr>
                <w:r w:rsidRPr="00AB0B20">
                  <w:rPr>
                    <w:rStyle w:val="Platzhaltertext"/>
                    <w:sz w:val="20"/>
                    <w:szCs w:val="20"/>
                    <w:lang w:val="en-US"/>
                  </w:rPr>
                  <w:t>Wählen Sie ein Element aus.</w:t>
                </w:r>
              </w:p>
            </w:tc>
          </w:sdtContent>
        </w:sdt>
        <w:sdt>
          <w:sdtPr>
            <w:rPr>
              <w:rFonts w:ascii="Source Sans Pro" w:hAnsi="Source Sans Pro"/>
              <w:sz w:val="20"/>
              <w:szCs w:val="20"/>
              <w:lang w:val="en-US"/>
            </w:rPr>
            <w:id w:val="-41373703"/>
            <w:placeholder>
              <w:docPart w:val="DefaultPlaceholder_-1854013438"/>
            </w:placeholder>
            <w:showingPlcHdr/>
            <w:dropDownList>
              <w:listItem w:value="Wählen Sie ein Element aus."/>
              <w:listItem w:displayText="Yes" w:value="Yes"/>
              <w:listItem w:displayText="No" w:value="No"/>
            </w:dropDownList>
          </w:sdtPr>
          <w:sdtEndPr/>
          <w:sdtContent>
            <w:tc>
              <w:tcPr>
                <w:tcW w:w="4675" w:type="dxa"/>
                <w:vAlign w:val="center"/>
              </w:tcPr>
              <w:p w14:paraId="0F1A78CD" w14:textId="1D131875" w:rsidR="002B6417" w:rsidRPr="00AB0B20" w:rsidRDefault="00923FBC">
                <w:pPr>
                  <w:rPr>
                    <w:rFonts w:ascii="Source Sans Pro" w:hAnsi="Source Sans Pro"/>
                    <w:sz w:val="20"/>
                    <w:szCs w:val="20"/>
                    <w:lang w:val="en-US"/>
                  </w:rPr>
                </w:pPr>
                <w:r w:rsidRPr="00AB0B20">
                  <w:rPr>
                    <w:rStyle w:val="Platzhaltertext"/>
                    <w:sz w:val="20"/>
                    <w:szCs w:val="20"/>
                    <w:lang w:val="en-US"/>
                  </w:rPr>
                  <w:t>Wählen Sie ein Element aus.</w:t>
                </w:r>
              </w:p>
            </w:tc>
          </w:sdtContent>
        </w:sdt>
      </w:tr>
      <w:tr w:rsidR="00945836" w:rsidRPr="00011564" w14:paraId="74829F81" w14:textId="77777777" w:rsidTr="00412F1B">
        <w:trPr>
          <w:trHeight w:val="340"/>
          <w:jc w:val="center"/>
        </w:trPr>
        <w:tc>
          <w:tcPr>
            <w:tcW w:w="4675" w:type="dxa"/>
            <w:shd w:val="clear" w:color="auto" w:fill="D9D9D9" w:themeFill="background1" w:themeFillShade="D9"/>
            <w:vAlign w:val="center"/>
          </w:tcPr>
          <w:p w14:paraId="293CC56B" w14:textId="1C8EE1A5" w:rsidR="00945836" w:rsidRPr="00011564" w:rsidRDefault="00945836" w:rsidP="00BC6461">
            <w:pPr>
              <w:rPr>
                <w:rFonts w:ascii="Source Sans Pro" w:hAnsi="Source Sans Pro"/>
                <w:sz w:val="20"/>
                <w:szCs w:val="20"/>
                <w:lang w:val="en-US"/>
              </w:rPr>
            </w:pPr>
            <w:r w:rsidRPr="00011564">
              <w:rPr>
                <w:rFonts w:ascii="Source Sans Pro" w:hAnsi="Source Sans Pro"/>
                <w:sz w:val="20"/>
                <w:szCs w:val="20"/>
                <w:lang w:val="en-US"/>
              </w:rPr>
              <w:t>Main language of instruction</w:t>
            </w:r>
          </w:p>
        </w:tc>
        <w:tc>
          <w:tcPr>
            <w:tcW w:w="4675" w:type="dxa"/>
            <w:shd w:val="clear" w:color="auto" w:fill="D9D9D9" w:themeFill="background1" w:themeFillShade="D9"/>
            <w:vAlign w:val="center"/>
          </w:tcPr>
          <w:p w14:paraId="1B6E60C1" w14:textId="2853E7DA" w:rsidR="00945836" w:rsidRPr="00011564" w:rsidRDefault="00945836" w:rsidP="00BC6461">
            <w:pPr>
              <w:rPr>
                <w:rFonts w:ascii="Source Sans Pro" w:hAnsi="Source Sans Pro"/>
                <w:sz w:val="20"/>
                <w:szCs w:val="20"/>
                <w:lang w:val="en-US"/>
              </w:rPr>
            </w:pPr>
            <w:r w:rsidRPr="00011564">
              <w:rPr>
                <w:rFonts w:ascii="Source Sans Pro" w:hAnsi="Source Sans Pro"/>
                <w:sz w:val="20"/>
                <w:szCs w:val="20"/>
                <w:lang w:val="en-US"/>
              </w:rPr>
              <w:t xml:space="preserve">Language competence </w:t>
            </w:r>
            <w:r w:rsidR="005A04E6" w:rsidRPr="00011564">
              <w:rPr>
                <w:rFonts w:ascii="Source Sans Pro" w:hAnsi="Source Sans Pro"/>
                <w:sz w:val="20"/>
                <w:szCs w:val="20"/>
                <w:lang w:val="en-US"/>
              </w:rPr>
              <w:t>Level</w:t>
            </w:r>
            <w:r w:rsidRPr="00011564">
              <w:rPr>
                <w:rFonts w:ascii="Source Sans Pro" w:hAnsi="Source Sans Pro"/>
                <w:sz w:val="20"/>
                <w:szCs w:val="20"/>
                <w:lang w:val="en-US"/>
              </w:rPr>
              <w:t xml:space="preserve"> (CEFR</w:t>
            </w:r>
            <w:r w:rsidR="007069A1" w:rsidRPr="00011564">
              <w:rPr>
                <w:rFonts w:ascii="Source Sans Pro" w:hAnsi="Source Sans Pro"/>
                <w:sz w:val="20"/>
                <w:szCs w:val="20"/>
                <w:lang w:val="en-US"/>
              </w:rPr>
              <w:t>)</w:t>
            </w:r>
          </w:p>
        </w:tc>
      </w:tr>
      <w:tr w:rsidR="00945836" w:rsidRPr="00011564" w14:paraId="4ADA27ED" w14:textId="77777777" w:rsidTr="00412F1B">
        <w:trPr>
          <w:trHeight w:val="340"/>
          <w:jc w:val="center"/>
        </w:trPr>
        <w:tc>
          <w:tcPr>
            <w:tcW w:w="4675" w:type="dxa"/>
            <w:vAlign w:val="center"/>
          </w:tcPr>
          <w:p w14:paraId="522E1E6F" w14:textId="77777777" w:rsidR="00945836" w:rsidRPr="00011564" w:rsidRDefault="00945836" w:rsidP="0004245C">
            <w:pPr>
              <w:rPr>
                <w:rFonts w:ascii="Source Sans Pro" w:hAnsi="Source Sans Pro"/>
                <w:sz w:val="20"/>
                <w:szCs w:val="20"/>
                <w:lang w:val="en-US"/>
              </w:rPr>
            </w:pPr>
          </w:p>
        </w:tc>
        <w:sdt>
          <w:sdtPr>
            <w:rPr>
              <w:rFonts w:ascii="Source Sans Pro" w:hAnsi="Source Sans Pro"/>
              <w:sz w:val="20"/>
              <w:szCs w:val="20"/>
              <w:lang w:val="en-US"/>
            </w:rPr>
            <w:id w:val="2007477587"/>
            <w:placeholder>
              <w:docPart w:val="A6882C8E9DEE4B9C9BBFE45E0B28C895"/>
            </w:placeholder>
            <w:showingPlcHdr/>
            <w:dropDownList>
              <w:listItem w:value="Wählen Sie ein Element aus."/>
              <w:listItem w:displayText="A1" w:value="A1"/>
              <w:listItem w:displayText="A2" w:value="A2"/>
              <w:listItem w:displayText="B1" w:value="B1"/>
              <w:listItem w:displayText="B2" w:value="B2"/>
              <w:listItem w:displayText="C1" w:value="C1"/>
              <w:listItem w:displayText="C2" w:value="C2"/>
              <w:listItem w:displayText="Native Speaker" w:value="Native Speaker"/>
            </w:dropDownList>
          </w:sdtPr>
          <w:sdtEndPr/>
          <w:sdtContent>
            <w:tc>
              <w:tcPr>
                <w:tcW w:w="4675" w:type="dxa"/>
                <w:vAlign w:val="center"/>
              </w:tcPr>
              <w:p w14:paraId="4E526ADB" w14:textId="511D2F47" w:rsidR="00945836" w:rsidRPr="00011564" w:rsidRDefault="00945836" w:rsidP="0004245C">
                <w:pPr>
                  <w:rPr>
                    <w:rFonts w:ascii="Source Sans Pro" w:hAnsi="Source Sans Pro"/>
                    <w:sz w:val="20"/>
                    <w:szCs w:val="20"/>
                    <w:lang w:val="en-US"/>
                  </w:rPr>
                </w:pPr>
                <w:r w:rsidRPr="00011564">
                  <w:rPr>
                    <w:rStyle w:val="Platzhaltertext"/>
                    <w:sz w:val="20"/>
                    <w:szCs w:val="20"/>
                    <w:lang w:val="en-US"/>
                  </w:rPr>
                  <w:t>Wählen Sie ein Element aus.</w:t>
                </w:r>
              </w:p>
            </w:tc>
          </w:sdtContent>
        </w:sdt>
      </w:tr>
    </w:tbl>
    <w:p w14:paraId="173AE65E" w14:textId="0B93AABA" w:rsidR="003D42A8" w:rsidRPr="00011564" w:rsidRDefault="00522A1A" w:rsidP="00D37101">
      <w:pPr>
        <w:pStyle w:val="berschrift4"/>
      </w:pPr>
      <w:r w:rsidRPr="00011564">
        <w:t>Sending Institution</w:t>
      </w:r>
    </w:p>
    <w:tbl>
      <w:tblPr>
        <w:tblStyle w:val="Tabellenraster"/>
        <w:tblW w:w="0" w:type="auto"/>
        <w:jc w:val="center"/>
        <w:tblLook w:val="04A0" w:firstRow="1" w:lastRow="0" w:firstColumn="1" w:lastColumn="0" w:noHBand="0" w:noVBand="1"/>
      </w:tblPr>
      <w:tblGrid>
        <w:gridCol w:w="3117"/>
        <w:gridCol w:w="3116"/>
        <w:gridCol w:w="3117"/>
      </w:tblGrid>
      <w:tr w:rsidR="003D42A8" w:rsidRPr="00011564" w14:paraId="43298B1F" w14:textId="77777777" w:rsidTr="00412F1B">
        <w:trPr>
          <w:trHeight w:val="340"/>
          <w:jc w:val="center"/>
        </w:trPr>
        <w:tc>
          <w:tcPr>
            <w:tcW w:w="9360" w:type="dxa"/>
            <w:gridSpan w:val="3"/>
            <w:shd w:val="clear" w:color="auto" w:fill="D9D9D9" w:themeFill="background1" w:themeFillShade="D9"/>
            <w:vAlign w:val="center"/>
          </w:tcPr>
          <w:p w14:paraId="49A467A9" w14:textId="77777777" w:rsidR="003D42A8" w:rsidRPr="00011564" w:rsidRDefault="00B166A0">
            <w:pPr>
              <w:rPr>
                <w:rFonts w:ascii="Source Sans Pro" w:hAnsi="Source Sans Pro"/>
                <w:sz w:val="20"/>
                <w:szCs w:val="20"/>
                <w:lang w:val="en-US"/>
              </w:rPr>
            </w:pPr>
            <w:r w:rsidRPr="00011564">
              <w:rPr>
                <w:rFonts w:ascii="Source Sans Pro" w:hAnsi="Source Sans Pro"/>
                <w:sz w:val="20"/>
                <w:szCs w:val="20"/>
                <w:lang w:val="en-US"/>
              </w:rPr>
              <w:t>Name</w:t>
            </w:r>
          </w:p>
        </w:tc>
      </w:tr>
      <w:tr w:rsidR="003D42A8" w:rsidRPr="00011564" w14:paraId="2582FD1E" w14:textId="77777777" w:rsidTr="00412F1B">
        <w:trPr>
          <w:trHeight w:val="340"/>
          <w:jc w:val="center"/>
        </w:trPr>
        <w:tc>
          <w:tcPr>
            <w:tcW w:w="9360" w:type="dxa"/>
            <w:gridSpan w:val="3"/>
            <w:vAlign w:val="center"/>
          </w:tcPr>
          <w:p w14:paraId="2BCAFE1A" w14:textId="77777777" w:rsidR="003D42A8" w:rsidRPr="00011564" w:rsidRDefault="00B166A0">
            <w:pPr>
              <w:rPr>
                <w:rFonts w:ascii="Source Sans Pro" w:hAnsi="Source Sans Pro"/>
                <w:sz w:val="20"/>
                <w:szCs w:val="20"/>
                <w:lang w:val="en-US"/>
              </w:rPr>
            </w:pPr>
            <w:r w:rsidRPr="00011564">
              <w:rPr>
                <w:rFonts w:ascii="Source Sans Pro" w:hAnsi="Source Sans Pro"/>
                <w:sz w:val="20"/>
                <w:szCs w:val="20"/>
                <w:lang w:val="en-US"/>
              </w:rPr>
              <w:t>Private University in the Principality of Liechtenstein (UFL)</w:t>
            </w:r>
          </w:p>
        </w:tc>
      </w:tr>
      <w:tr w:rsidR="003D42A8" w:rsidRPr="00011564" w14:paraId="4A904B26" w14:textId="77777777" w:rsidTr="00412F1B">
        <w:trPr>
          <w:trHeight w:val="340"/>
          <w:jc w:val="center"/>
        </w:trPr>
        <w:tc>
          <w:tcPr>
            <w:tcW w:w="3120" w:type="dxa"/>
            <w:shd w:val="clear" w:color="auto" w:fill="D9D9D9" w:themeFill="background1" w:themeFillShade="D9"/>
            <w:vAlign w:val="center"/>
          </w:tcPr>
          <w:p w14:paraId="2D35414A" w14:textId="7E1ABAA8" w:rsidR="003D42A8" w:rsidRPr="00011564" w:rsidRDefault="00B166A0">
            <w:pPr>
              <w:rPr>
                <w:rFonts w:ascii="Source Sans Pro" w:hAnsi="Source Sans Pro"/>
                <w:sz w:val="20"/>
                <w:szCs w:val="20"/>
                <w:lang w:val="en-US"/>
              </w:rPr>
            </w:pPr>
            <w:r w:rsidRPr="00011564">
              <w:rPr>
                <w:rFonts w:ascii="Source Sans Pro" w:hAnsi="Source Sans Pro"/>
                <w:sz w:val="20"/>
                <w:szCs w:val="20"/>
                <w:lang w:val="en-US"/>
              </w:rPr>
              <w:t>Faculty</w:t>
            </w:r>
            <w:r w:rsidR="00B860D0" w:rsidRPr="00011564">
              <w:rPr>
                <w:rFonts w:ascii="Source Sans Pro" w:hAnsi="Source Sans Pro"/>
                <w:sz w:val="20"/>
                <w:szCs w:val="20"/>
                <w:lang w:val="en-US"/>
              </w:rPr>
              <w:t xml:space="preserve"> </w:t>
            </w:r>
            <w:r w:rsidR="00595C1E" w:rsidRPr="00011564">
              <w:rPr>
                <w:rFonts w:ascii="Source Sans Pro" w:hAnsi="Source Sans Pro"/>
                <w:sz w:val="20"/>
                <w:szCs w:val="20"/>
                <w:lang w:val="en-US"/>
              </w:rPr>
              <w:t>/</w:t>
            </w:r>
            <w:r w:rsidR="00B860D0" w:rsidRPr="00011564">
              <w:rPr>
                <w:rFonts w:ascii="Source Sans Pro" w:hAnsi="Source Sans Pro"/>
                <w:sz w:val="20"/>
                <w:szCs w:val="20"/>
                <w:lang w:val="en-US"/>
              </w:rPr>
              <w:t xml:space="preserve"> </w:t>
            </w:r>
            <w:r w:rsidR="00551F63" w:rsidRPr="00011564">
              <w:rPr>
                <w:rFonts w:ascii="Source Sans Pro" w:hAnsi="Source Sans Pro"/>
                <w:sz w:val="20"/>
                <w:szCs w:val="20"/>
                <w:lang w:val="en-US"/>
              </w:rPr>
              <w:t>Department</w:t>
            </w:r>
          </w:p>
        </w:tc>
        <w:tc>
          <w:tcPr>
            <w:tcW w:w="3120" w:type="dxa"/>
            <w:shd w:val="clear" w:color="auto" w:fill="D9D9D9" w:themeFill="background1" w:themeFillShade="D9"/>
            <w:vAlign w:val="center"/>
          </w:tcPr>
          <w:p w14:paraId="6F16821B" w14:textId="23B177FF" w:rsidR="003D42A8" w:rsidRPr="00011564" w:rsidRDefault="00B166A0">
            <w:pPr>
              <w:rPr>
                <w:rFonts w:ascii="Source Sans Pro" w:hAnsi="Source Sans Pro"/>
                <w:sz w:val="20"/>
                <w:szCs w:val="20"/>
                <w:lang w:val="en-US"/>
              </w:rPr>
            </w:pPr>
            <w:r w:rsidRPr="00011564">
              <w:rPr>
                <w:rFonts w:ascii="Source Sans Pro" w:hAnsi="Source Sans Pro"/>
                <w:sz w:val="20"/>
                <w:szCs w:val="20"/>
                <w:lang w:val="en-US"/>
              </w:rPr>
              <w:t>Erasmus Code</w:t>
            </w:r>
            <w:r w:rsidR="00B860D0" w:rsidRPr="00011564">
              <w:rPr>
                <w:rFonts w:ascii="Source Sans Pro" w:hAnsi="Source Sans Pro"/>
                <w:sz w:val="20"/>
                <w:szCs w:val="20"/>
                <w:lang w:val="en-US"/>
              </w:rPr>
              <w:t xml:space="preserve"> </w:t>
            </w:r>
            <w:r w:rsidR="00FF27A8" w:rsidRPr="00011564">
              <w:rPr>
                <w:rFonts w:ascii="Source Sans Pro" w:hAnsi="Source Sans Pro"/>
                <w:sz w:val="20"/>
                <w:szCs w:val="20"/>
                <w:lang w:val="en-US"/>
              </w:rPr>
              <w:t>/</w:t>
            </w:r>
            <w:r w:rsidR="00B860D0" w:rsidRPr="00011564">
              <w:rPr>
                <w:rFonts w:ascii="Source Sans Pro" w:hAnsi="Source Sans Pro"/>
                <w:sz w:val="20"/>
                <w:szCs w:val="20"/>
                <w:lang w:val="en-US"/>
              </w:rPr>
              <w:t xml:space="preserve"> </w:t>
            </w:r>
            <w:r w:rsidR="00FF27A8" w:rsidRPr="00011564">
              <w:rPr>
                <w:rFonts w:ascii="Source Sans Pro" w:hAnsi="Source Sans Pro"/>
                <w:sz w:val="20"/>
                <w:szCs w:val="20"/>
                <w:lang w:val="en-US"/>
              </w:rPr>
              <w:t>City</w:t>
            </w:r>
          </w:p>
        </w:tc>
        <w:tc>
          <w:tcPr>
            <w:tcW w:w="3120" w:type="dxa"/>
            <w:shd w:val="clear" w:color="auto" w:fill="D9D9D9" w:themeFill="background1" w:themeFillShade="D9"/>
            <w:vAlign w:val="center"/>
          </w:tcPr>
          <w:p w14:paraId="4D8A37ED" w14:textId="77777777" w:rsidR="003D42A8" w:rsidRPr="00011564" w:rsidRDefault="00B166A0">
            <w:pPr>
              <w:rPr>
                <w:rFonts w:ascii="Source Sans Pro" w:hAnsi="Source Sans Pro"/>
                <w:sz w:val="20"/>
                <w:szCs w:val="20"/>
                <w:lang w:val="en-US"/>
              </w:rPr>
            </w:pPr>
            <w:r w:rsidRPr="00011564">
              <w:rPr>
                <w:rFonts w:ascii="Source Sans Pro" w:hAnsi="Source Sans Pro"/>
                <w:sz w:val="20"/>
                <w:szCs w:val="20"/>
                <w:lang w:val="en-US"/>
              </w:rPr>
              <w:t>Country</w:t>
            </w:r>
          </w:p>
        </w:tc>
      </w:tr>
      <w:tr w:rsidR="003D42A8" w:rsidRPr="00011564" w14:paraId="665AAEBD" w14:textId="77777777" w:rsidTr="00412F1B">
        <w:trPr>
          <w:trHeight w:val="340"/>
          <w:jc w:val="center"/>
        </w:trPr>
        <w:tc>
          <w:tcPr>
            <w:tcW w:w="3120" w:type="dxa"/>
            <w:vAlign w:val="center"/>
          </w:tcPr>
          <w:p w14:paraId="1C9FD8A8" w14:textId="5ADEAEFF" w:rsidR="003D42A8" w:rsidRPr="00011564" w:rsidRDefault="003D42A8">
            <w:pPr>
              <w:rPr>
                <w:rFonts w:ascii="Source Sans Pro" w:hAnsi="Source Sans Pro"/>
                <w:sz w:val="20"/>
                <w:szCs w:val="20"/>
                <w:lang w:val="en-US"/>
              </w:rPr>
            </w:pPr>
          </w:p>
        </w:tc>
        <w:tc>
          <w:tcPr>
            <w:tcW w:w="3120" w:type="dxa"/>
            <w:vAlign w:val="center"/>
          </w:tcPr>
          <w:p w14:paraId="3B47756E" w14:textId="2BEC6220" w:rsidR="003D42A8" w:rsidRPr="00011564" w:rsidRDefault="003D42A8">
            <w:pPr>
              <w:rPr>
                <w:rFonts w:ascii="Source Sans Pro" w:hAnsi="Source Sans Pro"/>
                <w:sz w:val="20"/>
                <w:szCs w:val="20"/>
                <w:lang w:val="en-US"/>
              </w:rPr>
            </w:pPr>
          </w:p>
        </w:tc>
        <w:tc>
          <w:tcPr>
            <w:tcW w:w="3120" w:type="dxa"/>
            <w:vAlign w:val="center"/>
          </w:tcPr>
          <w:p w14:paraId="3F70D2FB" w14:textId="77777777" w:rsidR="003D42A8" w:rsidRPr="00011564" w:rsidRDefault="00B166A0">
            <w:pPr>
              <w:rPr>
                <w:rFonts w:ascii="Source Sans Pro" w:hAnsi="Source Sans Pro"/>
                <w:sz w:val="20"/>
                <w:szCs w:val="20"/>
                <w:lang w:val="en-US"/>
              </w:rPr>
            </w:pPr>
            <w:r w:rsidRPr="00011564">
              <w:rPr>
                <w:rFonts w:ascii="Source Sans Pro" w:hAnsi="Source Sans Pro"/>
                <w:sz w:val="20"/>
                <w:szCs w:val="20"/>
                <w:lang w:val="en-US"/>
              </w:rPr>
              <w:t>Principality of Liechtenstein</w:t>
            </w:r>
          </w:p>
        </w:tc>
      </w:tr>
      <w:tr w:rsidR="003D42A8" w:rsidRPr="00011564" w14:paraId="39F49B43" w14:textId="77777777" w:rsidTr="00412F1B">
        <w:trPr>
          <w:trHeight w:val="340"/>
          <w:jc w:val="center"/>
        </w:trPr>
        <w:tc>
          <w:tcPr>
            <w:tcW w:w="9360" w:type="dxa"/>
            <w:gridSpan w:val="3"/>
            <w:shd w:val="clear" w:color="auto" w:fill="D9D9D9" w:themeFill="background1" w:themeFillShade="D9"/>
            <w:vAlign w:val="center"/>
          </w:tcPr>
          <w:p w14:paraId="3FEE7468" w14:textId="77777777" w:rsidR="003D42A8" w:rsidRPr="00011564" w:rsidRDefault="00B166A0">
            <w:pPr>
              <w:rPr>
                <w:rFonts w:ascii="Source Sans Pro" w:hAnsi="Source Sans Pro"/>
                <w:sz w:val="20"/>
                <w:szCs w:val="20"/>
                <w:lang w:val="en-US"/>
              </w:rPr>
            </w:pPr>
            <w:r w:rsidRPr="00011564">
              <w:rPr>
                <w:rFonts w:ascii="Source Sans Pro" w:hAnsi="Source Sans Pro"/>
                <w:sz w:val="20"/>
                <w:szCs w:val="20"/>
                <w:lang w:val="en-US"/>
              </w:rPr>
              <w:t>Administrative Contact</w:t>
            </w:r>
          </w:p>
        </w:tc>
      </w:tr>
      <w:tr w:rsidR="003D42A8" w:rsidRPr="00011564" w14:paraId="16880890" w14:textId="77777777" w:rsidTr="00F94608">
        <w:trPr>
          <w:trHeight w:val="856"/>
          <w:jc w:val="center"/>
        </w:trPr>
        <w:tc>
          <w:tcPr>
            <w:tcW w:w="9360" w:type="dxa"/>
            <w:gridSpan w:val="3"/>
            <w:vAlign w:val="center"/>
          </w:tcPr>
          <w:p w14:paraId="77F53F3D" w14:textId="3A9C1039" w:rsidR="003D42A8" w:rsidRPr="00011564" w:rsidRDefault="00B166A0">
            <w:pPr>
              <w:rPr>
                <w:rFonts w:ascii="Source Sans Pro" w:hAnsi="Source Sans Pro"/>
                <w:sz w:val="20"/>
                <w:szCs w:val="20"/>
                <w:lang w:val="en-US"/>
              </w:rPr>
            </w:pPr>
            <w:r w:rsidRPr="00011564">
              <w:rPr>
                <w:rFonts w:ascii="Source Sans Pro" w:hAnsi="Source Sans Pro"/>
                <w:sz w:val="20"/>
                <w:szCs w:val="20"/>
                <w:lang w:val="en-US"/>
              </w:rPr>
              <w:t>Name:</w:t>
            </w:r>
            <w:r w:rsidR="002B2B80" w:rsidRPr="00011564">
              <w:rPr>
                <w:rFonts w:ascii="Source Sans Pro" w:hAnsi="Source Sans Pro"/>
                <w:sz w:val="20"/>
                <w:szCs w:val="20"/>
                <w:lang w:val="en-US"/>
              </w:rPr>
              <w:t xml:space="preserve"> Dr. Daniela </w:t>
            </w:r>
            <w:proofErr w:type="spellStart"/>
            <w:r w:rsidR="002B2B80" w:rsidRPr="00011564">
              <w:rPr>
                <w:rFonts w:ascii="Source Sans Pro" w:hAnsi="Source Sans Pro"/>
                <w:sz w:val="20"/>
                <w:szCs w:val="20"/>
                <w:lang w:val="en-US"/>
              </w:rPr>
              <w:t>Purin</w:t>
            </w:r>
            <w:proofErr w:type="spellEnd"/>
            <w:r w:rsidR="00594D3D" w:rsidRPr="00011564">
              <w:rPr>
                <w:rFonts w:ascii="Source Sans Pro" w:hAnsi="Source Sans Pro"/>
                <w:sz w:val="20"/>
                <w:szCs w:val="20"/>
                <w:lang w:val="en-US"/>
              </w:rPr>
              <w:t xml:space="preserve"> / Head of International Office </w:t>
            </w:r>
            <w:r w:rsidRPr="00011564">
              <w:rPr>
                <w:rFonts w:ascii="Source Sans Pro" w:hAnsi="Source Sans Pro"/>
                <w:sz w:val="20"/>
                <w:szCs w:val="20"/>
                <w:lang w:val="en-US"/>
              </w:rPr>
              <w:br/>
              <w:t>Email:</w:t>
            </w:r>
            <w:r w:rsidR="002B2B80" w:rsidRPr="00011564">
              <w:rPr>
                <w:rFonts w:ascii="Source Sans Pro" w:hAnsi="Source Sans Pro"/>
                <w:sz w:val="20"/>
                <w:szCs w:val="20"/>
                <w:lang w:val="en-US"/>
              </w:rPr>
              <w:t xml:space="preserve"> </w:t>
            </w:r>
            <w:hyperlink r:id="rId8" w:history="1">
              <w:r w:rsidR="002B2B80" w:rsidRPr="00011564">
                <w:rPr>
                  <w:rStyle w:val="Hyperlink"/>
                  <w:rFonts w:ascii="Source Sans Pro" w:hAnsi="Source Sans Pro"/>
                  <w:sz w:val="20"/>
                  <w:szCs w:val="20"/>
                  <w:lang w:val="en-US"/>
                </w:rPr>
                <w:t>international.office@ufl.li</w:t>
              </w:r>
            </w:hyperlink>
            <w:r w:rsidR="002B2B80" w:rsidRPr="00011564">
              <w:rPr>
                <w:rFonts w:ascii="Source Sans Pro" w:hAnsi="Source Sans Pro"/>
                <w:sz w:val="20"/>
                <w:szCs w:val="20"/>
                <w:lang w:val="en-US"/>
              </w:rPr>
              <w:t xml:space="preserve"> </w:t>
            </w:r>
            <w:r w:rsidRPr="00011564">
              <w:rPr>
                <w:rFonts w:ascii="Source Sans Pro" w:hAnsi="Source Sans Pro"/>
                <w:sz w:val="20"/>
                <w:szCs w:val="20"/>
                <w:lang w:val="en-US"/>
              </w:rPr>
              <w:br/>
              <w:t>Phone:</w:t>
            </w:r>
            <w:r w:rsidR="002B2B80" w:rsidRPr="00011564">
              <w:rPr>
                <w:rFonts w:ascii="Source Sans Pro" w:hAnsi="Source Sans Pro"/>
                <w:sz w:val="20"/>
                <w:szCs w:val="20"/>
                <w:lang w:val="en-US"/>
              </w:rPr>
              <w:t xml:space="preserve"> +423 222 40 13</w:t>
            </w:r>
          </w:p>
        </w:tc>
      </w:tr>
    </w:tbl>
    <w:p w14:paraId="1221A757" w14:textId="1A2248AE" w:rsidR="009D5F6C" w:rsidRPr="00011564" w:rsidRDefault="009D5F6C">
      <w:pPr>
        <w:rPr>
          <w:lang w:val="en-US"/>
        </w:rPr>
      </w:pPr>
    </w:p>
    <w:p w14:paraId="5D0D0278" w14:textId="28F78E3F" w:rsidR="00F609AF" w:rsidRPr="00011564" w:rsidRDefault="00522A1A" w:rsidP="00D37101">
      <w:pPr>
        <w:pStyle w:val="berschrift4"/>
      </w:pPr>
      <w:r w:rsidRPr="00011564">
        <w:lastRenderedPageBreak/>
        <w:t>Receiving Institution</w:t>
      </w:r>
    </w:p>
    <w:tbl>
      <w:tblPr>
        <w:tblStyle w:val="Tabellenraster"/>
        <w:tblW w:w="0" w:type="auto"/>
        <w:jc w:val="center"/>
        <w:tblLook w:val="04A0" w:firstRow="1" w:lastRow="0" w:firstColumn="1" w:lastColumn="0" w:noHBand="0" w:noVBand="1"/>
      </w:tblPr>
      <w:tblGrid>
        <w:gridCol w:w="3117"/>
        <w:gridCol w:w="3117"/>
        <w:gridCol w:w="3116"/>
      </w:tblGrid>
      <w:tr w:rsidR="00F609AF" w:rsidRPr="00011564" w14:paraId="50071B12" w14:textId="77777777" w:rsidTr="00374C05">
        <w:trPr>
          <w:trHeight w:val="340"/>
          <w:jc w:val="center"/>
        </w:trPr>
        <w:tc>
          <w:tcPr>
            <w:tcW w:w="9360" w:type="dxa"/>
            <w:gridSpan w:val="3"/>
            <w:shd w:val="clear" w:color="auto" w:fill="D9D9D9" w:themeFill="background1" w:themeFillShade="D9"/>
            <w:vAlign w:val="center"/>
          </w:tcPr>
          <w:p w14:paraId="47602F65" w14:textId="77777777" w:rsidR="00F609AF" w:rsidRPr="00011564" w:rsidRDefault="00F609AF" w:rsidP="00B767A6">
            <w:pPr>
              <w:rPr>
                <w:rFonts w:ascii="Source Sans Pro" w:hAnsi="Source Sans Pro"/>
                <w:sz w:val="20"/>
                <w:szCs w:val="20"/>
                <w:lang w:val="en-US"/>
              </w:rPr>
            </w:pPr>
            <w:r w:rsidRPr="00011564">
              <w:rPr>
                <w:rFonts w:ascii="Source Sans Pro" w:hAnsi="Source Sans Pro"/>
                <w:sz w:val="20"/>
                <w:szCs w:val="20"/>
                <w:lang w:val="en-US"/>
              </w:rPr>
              <w:t>Name</w:t>
            </w:r>
          </w:p>
        </w:tc>
      </w:tr>
      <w:tr w:rsidR="00F609AF" w:rsidRPr="00011564" w14:paraId="76AAD9D0" w14:textId="77777777" w:rsidTr="00374C05">
        <w:trPr>
          <w:trHeight w:val="340"/>
          <w:jc w:val="center"/>
        </w:trPr>
        <w:tc>
          <w:tcPr>
            <w:tcW w:w="9360" w:type="dxa"/>
            <w:gridSpan w:val="3"/>
            <w:vAlign w:val="center"/>
          </w:tcPr>
          <w:p w14:paraId="3BA6522A" w14:textId="77777777" w:rsidR="00F609AF" w:rsidRPr="00011564" w:rsidRDefault="00F609AF" w:rsidP="00B767A6">
            <w:pPr>
              <w:rPr>
                <w:rFonts w:ascii="Source Sans Pro" w:hAnsi="Source Sans Pro"/>
                <w:sz w:val="20"/>
                <w:szCs w:val="20"/>
                <w:lang w:val="en-US"/>
              </w:rPr>
            </w:pPr>
          </w:p>
        </w:tc>
      </w:tr>
      <w:tr w:rsidR="00F609AF" w:rsidRPr="00011564" w14:paraId="11D27819" w14:textId="77777777" w:rsidTr="00374C05">
        <w:trPr>
          <w:trHeight w:val="340"/>
          <w:jc w:val="center"/>
        </w:trPr>
        <w:tc>
          <w:tcPr>
            <w:tcW w:w="3120" w:type="dxa"/>
            <w:shd w:val="clear" w:color="auto" w:fill="D9D9D9" w:themeFill="background1" w:themeFillShade="D9"/>
            <w:vAlign w:val="center"/>
          </w:tcPr>
          <w:p w14:paraId="1373087C" w14:textId="5CAEE41D" w:rsidR="00F609AF" w:rsidRPr="00011564" w:rsidRDefault="00F609AF" w:rsidP="00B767A6">
            <w:pPr>
              <w:rPr>
                <w:rFonts w:ascii="Source Sans Pro" w:hAnsi="Source Sans Pro"/>
                <w:sz w:val="20"/>
                <w:szCs w:val="20"/>
                <w:lang w:val="en-US"/>
              </w:rPr>
            </w:pPr>
            <w:r w:rsidRPr="00011564">
              <w:rPr>
                <w:rFonts w:ascii="Source Sans Pro" w:hAnsi="Source Sans Pro"/>
                <w:sz w:val="20"/>
                <w:szCs w:val="20"/>
                <w:lang w:val="en-US"/>
              </w:rPr>
              <w:t>Faculty</w:t>
            </w:r>
            <w:r w:rsidR="00B860D0" w:rsidRPr="00011564">
              <w:rPr>
                <w:rFonts w:ascii="Source Sans Pro" w:hAnsi="Source Sans Pro"/>
                <w:sz w:val="20"/>
                <w:szCs w:val="20"/>
                <w:lang w:val="en-US"/>
              </w:rPr>
              <w:t xml:space="preserve"> </w:t>
            </w:r>
            <w:r w:rsidR="00595C1E" w:rsidRPr="00011564">
              <w:rPr>
                <w:rFonts w:ascii="Source Sans Pro" w:hAnsi="Source Sans Pro"/>
                <w:sz w:val="20"/>
                <w:szCs w:val="20"/>
                <w:lang w:val="en-US"/>
              </w:rPr>
              <w:t>/</w:t>
            </w:r>
            <w:r w:rsidR="00B860D0" w:rsidRPr="00011564">
              <w:rPr>
                <w:rFonts w:ascii="Source Sans Pro" w:hAnsi="Source Sans Pro"/>
                <w:sz w:val="20"/>
                <w:szCs w:val="20"/>
                <w:lang w:val="en-US"/>
              </w:rPr>
              <w:t xml:space="preserve"> </w:t>
            </w:r>
            <w:r w:rsidR="005A04E6" w:rsidRPr="00011564">
              <w:rPr>
                <w:rFonts w:ascii="Source Sans Pro" w:hAnsi="Source Sans Pro"/>
                <w:sz w:val="20"/>
                <w:szCs w:val="20"/>
                <w:lang w:val="en-US"/>
              </w:rPr>
              <w:t>Department</w:t>
            </w:r>
          </w:p>
        </w:tc>
        <w:tc>
          <w:tcPr>
            <w:tcW w:w="3120" w:type="dxa"/>
            <w:shd w:val="clear" w:color="auto" w:fill="D9D9D9" w:themeFill="background1" w:themeFillShade="D9"/>
            <w:vAlign w:val="center"/>
          </w:tcPr>
          <w:p w14:paraId="3F1943B4" w14:textId="77777777" w:rsidR="00F609AF" w:rsidRPr="00011564" w:rsidRDefault="00F609AF" w:rsidP="00B767A6">
            <w:pPr>
              <w:rPr>
                <w:rFonts w:ascii="Source Sans Pro" w:hAnsi="Source Sans Pro"/>
                <w:sz w:val="20"/>
                <w:szCs w:val="20"/>
                <w:lang w:val="en-US"/>
              </w:rPr>
            </w:pPr>
            <w:r w:rsidRPr="00011564">
              <w:rPr>
                <w:rFonts w:ascii="Source Sans Pro" w:hAnsi="Source Sans Pro"/>
                <w:sz w:val="20"/>
                <w:szCs w:val="20"/>
                <w:lang w:val="en-US"/>
              </w:rPr>
              <w:t>Erasmus Code / City</w:t>
            </w:r>
          </w:p>
        </w:tc>
        <w:tc>
          <w:tcPr>
            <w:tcW w:w="3120" w:type="dxa"/>
            <w:shd w:val="clear" w:color="auto" w:fill="D9D9D9" w:themeFill="background1" w:themeFillShade="D9"/>
            <w:vAlign w:val="center"/>
          </w:tcPr>
          <w:p w14:paraId="4747353E" w14:textId="77777777" w:rsidR="00F609AF" w:rsidRPr="00011564" w:rsidRDefault="00F609AF" w:rsidP="00B767A6">
            <w:pPr>
              <w:rPr>
                <w:rFonts w:ascii="Source Sans Pro" w:hAnsi="Source Sans Pro"/>
                <w:sz w:val="20"/>
                <w:szCs w:val="20"/>
                <w:lang w:val="en-US"/>
              </w:rPr>
            </w:pPr>
            <w:r w:rsidRPr="00011564">
              <w:rPr>
                <w:rFonts w:ascii="Source Sans Pro" w:hAnsi="Source Sans Pro"/>
                <w:sz w:val="20"/>
                <w:szCs w:val="20"/>
                <w:lang w:val="en-US"/>
              </w:rPr>
              <w:t>Country</w:t>
            </w:r>
          </w:p>
        </w:tc>
      </w:tr>
      <w:tr w:rsidR="00F609AF" w:rsidRPr="00011564" w14:paraId="5F13CCDF" w14:textId="77777777" w:rsidTr="00374C05">
        <w:trPr>
          <w:trHeight w:val="340"/>
          <w:jc w:val="center"/>
        </w:trPr>
        <w:tc>
          <w:tcPr>
            <w:tcW w:w="3120" w:type="dxa"/>
            <w:vAlign w:val="center"/>
          </w:tcPr>
          <w:p w14:paraId="52561220" w14:textId="77777777" w:rsidR="00F609AF" w:rsidRPr="00011564" w:rsidRDefault="00F609AF" w:rsidP="00B767A6">
            <w:pPr>
              <w:rPr>
                <w:rFonts w:ascii="Source Sans Pro" w:hAnsi="Source Sans Pro"/>
                <w:sz w:val="20"/>
                <w:szCs w:val="20"/>
                <w:lang w:val="en-US"/>
              </w:rPr>
            </w:pPr>
          </w:p>
        </w:tc>
        <w:tc>
          <w:tcPr>
            <w:tcW w:w="3120" w:type="dxa"/>
            <w:vAlign w:val="center"/>
          </w:tcPr>
          <w:p w14:paraId="4B02348F" w14:textId="77777777" w:rsidR="00F609AF" w:rsidRPr="00011564" w:rsidRDefault="00F609AF" w:rsidP="00B767A6">
            <w:pPr>
              <w:rPr>
                <w:rFonts w:ascii="Source Sans Pro" w:hAnsi="Source Sans Pro"/>
                <w:sz w:val="20"/>
                <w:szCs w:val="20"/>
                <w:lang w:val="en-US"/>
              </w:rPr>
            </w:pPr>
          </w:p>
        </w:tc>
        <w:tc>
          <w:tcPr>
            <w:tcW w:w="3120" w:type="dxa"/>
            <w:vAlign w:val="center"/>
          </w:tcPr>
          <w:p w14:paraId="2EA7311C" w14:textId="77777777" w:rsidR="00F609AF" w:rsidRPr="00011564" w:rsidRDefault="00F609AF" w:rsidP="00B767A6">
            <w:pPr>
              <w:rPr>
                <w:rFonts w:ascii="Source Sans Pro" w:hAnsi="Source Sans Pro"/>
                <w:sz w:val="20"/>
                <w:szCs w:val="20"/>
                <w:lang w:val="en-US"/>
              </w:rPr>
            </w:pPr>
          </w:p>
        </w:tc>
      </w:tr>
      <w:tr w:rsidR="00F609AF" w:rsidRPr="00011564" w14:paraId="534F24F1" w14:textId="77777777" w:rsidTr="00374C05">
        <w:trPr>
          <w:trHeight w:val="340"/>
          <w:jc w:val="center"/>
        </w:trPr>
        <w:tc>
          <w:tcPr>
            <w:tcW w:w="9360" w:type="dxa"/>
            <w:gridSpan w:val="3"/>
            <w:shd w:val="clear" w:color="auto" w:fill="D9D9D9" w:themeFill="background1" w:themeFillShade="D9"/>
            <w:vAlign w:val="center"/>
          </w:tcPr>
          <w:p w14:paraId="15A76EB7" w14:textId="77777777" w:rsidR="00F609AF" w:rsidRPr="00011564" w:rsidRDefault="00F609AF" w:rsidP="00B767A6">
            <w:pPr>
              <w:rPr>
                <w:rFonts w:ascii="Source Sans Pro" w:hAnsi="Source Sans Pro"/>
                <w:sz w:val="20"/>
                <w:szCs w:val="20"/>
                <w:lang w:val="en-US"/>
              </w:rPr>
            </w:pPr>
            <w:r w:rsidRPr="00011564">
              <w:rPr>
                <w:rFonts w:ascii="Source Sans Pro" w:hAnsi="Source Sans Pro"/>
                <w:sz w:val="20"/>
                <w:szCs w:val="20"/>
                <w:lang w:val="en-US"/>
              </w:rPr>
              <w:t>Administrative Contact</w:t>
            </w:r>
          </w:p>
        </w:tc>
      </w:tr>
      <w:tr w:rsidR="00F609AF" w:rsidRPr="00011564" w14:paraId="73F0655E" w14:textId="77777777" w:rsidTr="000F2B9F">
        <w:trPr>
          <w:trHeight w:val="920"/>
          <w:jc w:val="center"/>
        </w:trPr>
        <w:tc>
          <w:tcPr>
            <w:tcW w:w="9360" w:type="dxa"/>
            <w:gridSpan w:val="3"/>
            <w:vAlign w:val="center"/>
          </w:tcPr>
          <w:p w14:paraId="1E490FD0" w14:textId="51063C98" w:rsidR="00F609AF" w:rsidRPr="00011564" w:rsidRDefault="00F609AF" w:rsidP="00B767A6">
            <w:pPr>
              <w:rPr>
                <w:rFonts w:ascii="Source Sans Pro" w:hAnsi="Source Sans Pro"/>
                <w:sz w:val="20"/>
                <w:szCs w:val="20"/>
                <w:lang w:val="en-US"/>
              </w:rPr>
            </w:pPr>
            <w:r w:rsidRPr="00011564">
              <w:rPr>
                <w:rFonts w:ascii="Source Sans Pro" w:hAnsi="Source Sans Pro"/>
                <w:sz w:val="20"/>
                <w:szCs w:val="20"/>
                <w:lang w:val="en-US"/>
              </w:rPr>
              <w:t>Name:</w:t>
            </w:r>
            <w:r w:rsidRPr="00011564">
              <w:rPr>
                <w:rFonts w:ascii="Source Sans Pro" w:hAnsi="Source Sans Pro"/>
                <w:sz w:val="20"/>
                <w:szCs w:val="20"/>
                <w:lang w:val="en-US"/>
              </w:rPr>
              <w:br/>
            </w:r>
            <w:r w:rsidR="005A04E6" w:rsidRPr="00011564">
              <w:rPr>
                <w:rFonts w:ascii="Source Sans Pro" w:hAnsi="Source Sans Pro"/>
                <w:sz w:val="20"/>
                <w:szCs w:val="20"/>
                <w:lang w:val="en-US"/>
              </w:rPr>
              <w:t>E</w:t>
            </w:r>
            <w:r w:rsidR="00CE74BB" w:rsidRPr="00011564">
              <w:rPr>
                <w:rFonts w:ascii="Source Sans Pro" w:hAnsi="Source Sans Pro"/>
                <w:sz w:val="20"/>
                <w:szCs w:val="20"/>
                <w:lang w:val="en-US"/>
              </w:rPr>
              <w:t>m</w:t>
            </w:r>
            <w:r w:rsidR="005A04E6" w:rsidRPr="00011564">
              <w:rPr>
                <w:rFonts w:ascii="Source Sans Pro" w:hAnsi="Source Sans Pro"/>
                <w:sz w:val="20"/>
                <w:szCs w:val="20"/>
                <w:lang w:val="en-US"/>
              </w:rPr>
              <w:t>ail</w:t>
            </w:r>
            <w:r w:rsidRPr="00011564">
              <w:rPr>
                <w:rFonts w:ascii="Source Sans Pro" w:hAnsi="Source Sans Pro"/>
                <w:sz w:val="20"/>
                <w:szCs w:val="20"/>
                <w:lang w:val="en-US"/>
              </w:rPr>
              <w:t>:</w:t>
            </w:r>
            <w:r w:rsidRPr="00011564">
              <w:rPr>
                <w:rFonts w:ascii="Source Sans Pro" w:hAnsi="Source Sans Pro"/>
                <w:sz w:val="20"/>
                <w:szCs w:val="20"/>
                <w:lang w:val="en-US"/>
              </w:rPr>
              <w:br/>
              <w:t>Phone:</w:t>
            </w:r>
          </w:p>
        </w:tc>
      </w:tr>
    </w:tbl>
    <w:p w14:paraId="521F383E" w14:textId="341AD37A" w:rsidR="0099770C" w:rsidRPr="00011564" w:rsidRDefault="00522A1A" w:rsidP="00D37101">
      <w:pPr>
        <w:pStyle w:val="berschrift4"/>
      </w:pPr>
      <w:r w:rsidRPr="00011564">
        <w:t xml:space="preserve">Learning Agreement Type and </w:t>
      </w:r>
      <w:r w:rsidR="00BF3909" w:rsidRPr="00011564">
        <w:t>Mobility Duration</w:t>
      </w:r>
    </w:p>
    <w:tbl>
      <w:tblPr>
        <w:tblStyle w:val="Tabellenraster"/>
        <w:tblW w:w="0" w:type="auto"/>
        <w:tblLook w:val="04A0" w:firstRow="1" w:lastRow="0" w:firstColumn="1" w:lastColumn="0" w:noHBand="0" w:noVBand="1"/>
      </w:tblPr>
      <w:tblGrid>
        <w:gridCol w:w="9350"/>
      </w:tblGrid>
      <w:tr w:rsidR="00F17493" w:rsidRPr="00011564" w14:paraId="3E06BAD5" w14:textId="77777777" w:rsidTr="00096EE7">
        <w:trPr>
          <w:trHeight w:val="340"/>
        </w:trPr>
        <w:tc>
          <w:tcPr>
            <w:tcW w:w="9350" w:type="dxa"/>
            <w:shd w:val="clear" w:color="auto" w:fill="D9D9D9" w:themeFill="background1" w:themeFillShade="D9"/>
            <w:vAlign w:val="center"/>
          </w:tcPr>
          <w:p w14:paraId="414CE555" w14:textId="5F3E21AE" w:rsidR="00F17493" w:rsidRPr="00011564" w:rsidRDefault="00F17493" w:rsidP="00012E03">
            <w:pPr>
              <w:jc w:val="center"/>
              <w:rPr>
                <w:rFonts w:ascii="Source Sans Pro" w:hAnsi="Source Sans Pro"/>
                <w:bCs/>
                <w:sz w:val="20"/>
                <w:szCs w:val="20"/>
                <w:lang w:val="en-US"/>
              </w:rPr>
            </w:pPr>
            <w:r w:rsidRPr="00011564">
              <w:rPr>
                <w:rFonts w:ascii="Source Sans Pro" w:hAnsi="Source Sans Pro"/>
                <w:bCs/>
                <w:sz w:val="20"/>
                <w:szCs w:val="20"/>
                <w:lang w:val="en-US"/>
              </w:rPr>
              <w:t xml:space="preserve">Learning </w:t>
            </w:r>
            <w:r w:rsidR="00910751">
              <w:rPr>
                <w:rFonts w:ascii="Source Sans Pro" w:hAnsi="Source Sans Pro"/>
                <w:bCs/>
                <w:sz w:val="20"/>
                <w:szCs w:val="20"/>
                <w:lang w:val="en-US"/>
              </w:rPr>
              <w:t>Agreement</w:t>
            </w:r>
            <w:r w:rsidRPr="00011564">
              <w:rPr>
                <w:rFonts w:ascii="Source Sans Pro" w:hAnsi="Source Sans Pro"/>
                <w:bCs/>
                <w:sz w:val="20"/>
                <w:szCs w:val="20"/>
                <w:lang w:val="en-US"/>
              </w:rPr>
              <w:t xml:space="preserve"> </w:t>
            </w:r>
            <w:r w:rsidR="000F55D0">
              <w:rPr>
                <w:rFonts w:ascii="Source Sans Pro" w:hAnsi="Source Sans Pro"/>
                <w:bCs/>
                <w:sz w:val="20"/>
                <w:szCs w:val="20"/>
                <w:lang w:val="en-US"/>
              </w:rPr>
              <w:t>Type</w:t>
            </w:r>
          </w:p>
        </w:tc>
      </w:tr>
      <w:tr w:rsidR="00012E03" w:rsidRPr="00011564" w14:paraId="5DB8FF51" w14:textId="77777777" w:rsidTr="006F3839">
        <w:trPr>
          <w:trHeight w:val="340"/>
        </w:trPr>
        <w:sdt>
          <w:sdtPr>
            <w:rPr>
              <w:rFonts w:ascii="Source Sans Pro" w:hAnsi="Source Sans Pro"/>
              <w:b/>
              <w:sz w:val="20"/>
              <w:szCs w:val="20"/>
              <w:lang w:val="en-US"/>
            </w:rPr>
            <w:id w:val="665982192"/>
            <w:placeholder>
              <w:docPart w:val="DefaultPlaceholder_-1854013438"/>
            </w:placeholder>
            <w:showingPlcHdr/>
            <w:dropDownList>
              <w:listItem w:value="Wählen Sie ein Element aus."/>
              <w:listItem w:displayText="Long-term mobility / Virtual component (only if applicable) " w:value="Long-term mobility / Virtual component (only if applicable) "/>
              <w:listItem w:displayText="Short-term mobility with a mandatory component" w:value="Short-term mobility with a mandatory component"/>
              <w:listItem w:displayText="Short-term doctoral mobility / Virtual component (only if applicable) " w:value="Short-term doctoral mobility / Virtual component (only if applicable) "/>
            </w:dropDownList>
          </w:sdtPr>
          <w:sdtEndPr/>
          <w:sdtContent>
            <w:tc>
              <w:tcPr>
                <w:tcW w:w="9350" w:type="dxa"/>
              </w:tcPr>
              <w:p w14:paraId="0D930F27" w14:textId="429673AD" w:rsidR="00012E03" w:rsidRPr="00011564" w:rsidRDefault="00012E03" w:rsidP="00F94867">
                <w:pPr>
                  <w:rPr>
                    <w:rFonts w:ascii="Source Sans Pro" w:hAnsi="Source Sans Pro"/>
                    <w:b/>
                    <w:sz w:val="20"/>
                    <w:szCs w:val="20"/>
                    <w:lang w:val="en-US"/>
                  </w:rPr>
                </w:pPr>
                <w:r w:rsidRPr="00011564">
                  <w:rPr>
                    <w:rStyle w:val="Platzhaltertext"/>
                    <w:sz w:val="20"/>
                    <w:szCs w:val="20"/>
                    <w:lang w:val="en-US"/>
                  </w:rPr>
                  <w:t>Wählen Sie ein Element aus.</w:t>
                </w:r>
              </w:p>
            </w:tc>
          </w:sdtContent>
        </w:sdt>
      </w:tr>
      <w:tr w:rsidR="00F17493" w:rsidRPr="00011564" w14:paraId="4D3E04E5" w14:textId="77777777" w:rsidTr="00096EE7">
        <w:trPr>
          <w:trHeight w:val="340"/>
        </w:trPr>
        <w:tc>
          <w:tcPr>
            <w:tcW w:w="9350" w:type="dxa"/>
            <w:shd w:val="clear" w:color="auto" w:fill="D9D9D9" w:themeFill="background1" w:themeFillShade="D9"/>
            <w:vAlign w:val="center"/>
          </w:tcPr>
          <w:p w14:paraId="41DCC352" w14:textId="3E6C6A0E" w:rsidR="00F17493" w:rsidRPr="00011564" w:rsidRDefault="00F17493" w:rsidP="00012E03">
            <w:pPr>
              <w:jc w:val="center"/>
              <w:rPr>
                <w:rFonts w:ascii="Source Sans Pro" w:hAnsi="Source Sans Pro"/>
                <w:b/>
                <w:sz w:val="20"/>
                <w:szCs w:val="20"/>
                <w:lang w:val="en-US"/>
              </w:rPr>
            </w:pPr>
            <w:r w:rsidRPr="00011564">
              <w:rPr>
                <w:rFonts w:ascii="Source Sans Pro" w:hAnsi="Source Sans Pro"/>
                <w:bCs/>
                <w:sz w:val="20"/>
                <w:szCs w:val="20"/>
                <w:lang w:val="en-US"/>
              </w:rPr>
              <w:t>Estimated duration (to be confirmed by the receiving Institution</w:t>
            </w:r>
            <w:r w:rsidR="00B64311">
              <w:rPr>
                <w:rFonts w:ascii="Source Sans Pro" w:hAnsi="Source Sans Pro"/>
                <w:bCs/>
                <w:sz w:val="20"/>
                <w:szCs w:val="20"/>
                <w:lang w:val="en-US"/>
              </w:rPr>
              <w:t>)</w:t>
            </w:r>
          </w:p>
        </w:tc>
      </w:tr>
      <w:tr w:rsidR="00E20311" w:rsidRPr="00011564" w14:paraId="6B5AC68F" w14:textId="77777777" w:rsidTr="00096EE7">
        <w:trPr>
          <w:trHeight w:val="1936"/>
        </w:trPr>
        <w:tc>
          <w:tcPr>
            <w:tcW w:w="9350" w:type="dxa"/>
            <w:vAlign w:val="center"/>
          </w:tcPr>
          <w:p w14:paraId="70813CAE" w14:textId="77777777" w:rsidR="00E20311" w:rsidRPr="00011564" w:rsidRDefault="00E20311" w:rsidP="00093DEA">
            <w:pPr>
              <w:spacing w:after="120"/>
              <w:rPr>
                <w:rFonts w:ascii="Source Sans Pro" w:hAnsi="Source Sans Pro"/>
                <w:bCs/>
                <w:sz w:val="20"/>
                <w:szCs w:val="20"/>
                <w:lang w:val="en-US"/>
              </w:rPr>
            </w:pPr>
            <w:r w:rsidRPr="00011564">
              <w:rPr>
                <w:rFonts w:ascii="Source Sans Pro" w:hAnsi="Source Sans Pro"/>
                <w:bCs/>
                <w:sz w:val="20"/>
                <w:szCs w:val="20"/>
                <w:lang w:val="en-US"/>
              </w:rPr>
              <w:t>Planned period of the physical mobility:</w:t>
            </w:r>
          </w:p>
          <w:p w14:paraId="2901DA78" w14:textId="3DBB1228" w:rsidR="00E20311" w:rsidRPr="00011564" w:rsidRDefault="00E20311" w:rsidP="00093DEA">
            <w:pPr>
              <w:tabs>
                <w:tab w:val="left" w:pos="4570"/>
              </w:tabs>
              <w:spacing w:after="120"/>
              <w:rPr>
                <w:rFonts w:ascii="Source Sans Pro" w:hAnsi="Source Sans Pro"/>
                <w:bCs/>
                <w:sz w:val="20"/>
                <w:szCs w:val="20"/>
                <w:lang w:val="en-US"/>
              </w:rPr>
            </w:pPr>
            <w:r w:rsidRPr="00011564">
              <w:rPr>
                <w:rFonts w:ascii="Source Sans Pro" w:hAnsi="Source Sans Pro"/>
                <w:bCs/>
                <w:sz w:val="20"/>
                <w:szCs w:val="20"/>
                <w:lang w:val="en-US"/>
              </w:rPr>
              <w:t>From (day/month/year):</w:t>
            </w:r>
          </w:p>
          <w:p w14:paraId="3E2FCC30" w14:textId="77777777" w:rsidR="00E20311" w:rsidRPr="00011564" w:rsidRDefault="00A21C54" w:rsidP="00093DEA">
            <w:pPr>
              <w:tabs>
                <w:tab w:val="left" w:pos="4570"/>
              </w:tabs>
              <w:spacing w:after="120"/>
              <w:rPr>
                <w:rFonts w:ascii="Source Sans Pro" w:hAnsi="Source Sans Pro"/>
                <w:bCs/>
                <w:sz w:val="20"/>
                <w:szCs w:val="20"/>
                <w:lang w:val="en-US"/>
              </w:rPr>
            </w:pPr>
            <w:sdt>
              <w:sdtPr>
                <w:rPr>
                  <w:rFonts w:ascii="Source Sans Pro" w:hAnsi="Source Sans Pro"/>
                  <w:bCs/>
                  <w:sz w:val="20"/>
                  <w:szCs w:val="20"/>
                  <w:lang w:val="en-US"/>
                </w:rPr>
                <w:id w:val="968012596"/>
                <w:placeholder>
                  <w:docPart w:val="8D3F961065944E2792CFFD4ADFE6C739"/>
                </w:placeholder>
                <w:showingPlcHdr/>
                <w:date>
                  <w:dateFormat w:val="dd.MM.yyyy"/>
                  <w:lid w:val="de-LI"/>
                  <w:storeMappedDataAs w:val="dateTime"/>
                  <w:calendar w:val="gregorian"/>
                </w:date>
              </w:sdtPr>
              <w:sdtEndPr/>
              <w:sdtContent>
                <w:r w:rsidR="00E20311" w:rsidRPr="00011564">
                  <w:rPr>
                    <w:rStyle w:val="Platzhaltertext"/>
                    <w:sz w:val="20"/>
                    <w:szCs w:val="20"/>
                    <w:lang w:val="en-US"/>
                  </w:rPr>
                  <w:t>Klicken oder tippen Sie, um ein Datum einzugeben.</w:t>
                </w:r>
              </w:sdtContent>
            </w:sdt>
          </w:p>
          <w:p w14:paraId="73C52BCE" w14:textId="3660E196" w:rsidR="00E20311" w:rsidRPr="00011564" w:rsidRDefault="00E20311" w:rsidP="00093DEA">
            <w:pPr>
              <w:spacing w:after="120"/>
              <w:rPr>
                <w:rFonts w:ascii="Source Sans Pro" w:hAnsi="Source Sans Pro"/>
                <w:bCs/>
                <w:sz w:val="20"/>
                <w:szCs w:val="20"/>
                <w:lang w:val="en-US"/>
              </w:rPr>
            </w:pPr>
            <w:r w:rsidRPr="00011564">
              <w:rPr>
                <w:rFonts w:ascii="Source Sans Pro" w:hAnsi="Source Sans Pro"/>
                <w:bCs/>
                <w:sz w:val="20"/>
                <w:szCs w:val="20"/>
                <w:lang w:val="en-US"/>
              </w:rPr>
              <w:t>To (day/Month/year):</w:t>
            </w:r>
          </w:p>
          <w:p w14:paraId="7C9B42B3" w14:textId="4D01C9E9" w:rsidR="00E20311" w:rsidRPr="00011564" w:rsidRDefault="00A21C54" w:rsidP="00093DEA">
            <w:pPr>
              <w:spacing w:after="120"/>
              <w:rPr>
                <w:rFonts w:ascii="Source Sans Pro" w:hAnsi="Source Sans Pro"/>
                <w:bCs/>
                <w:sz w:val="20"/>
                <w:szCs w:val="20"/>
                <w:lang w:val="en-US"/>
              </w:rPr>
            </w:pPr>
            <w:sdt>
              <w:sdtPr>
                <w:rPr>
                  <w:rFonts w:ascii="Source Sans Pro" w:hAnsi="Source Sans Pro"/>
                  <w:bCs/>
                  <w:sz w:val="20"/>
                  <w:szCs w:val="20"/>
                  <w:lang w:val="en-US"/>
                </w:rPr>
                <w:id w:val="2010712422"/>
                <w:placeholder>
                  <w:docPart w:val="8D3F961065944E2792CFFD4ADFE6C739"/>
                </w:placeholder>
                <w:showingPlcHdr/>
                <w:date>
                  <w:dateFormat w:val="dd.MM.yyyy"/>
                  <w:lid w:val="de-LI"/>
                  <w:storeMappedDataAs w:val="dateTime"/>
                  <w:calendar w:val="gregorian"/>
                </w:date>
              </w:sdtPr>
              <w:sdtEndPr/>
              <w:sdtContent>
                <w:r w:rsidR="00E20311" w:rsidRPr="00011564">
                  <w:rPr>
                    <w:rStyle w:val="Platzhaltertext"/>
                    <w:sz w:val="20"/>
                    <w:szCs w:val="20"/>
                    <w:lang w:val="en-US"/>
                  </w:rPr>
                  <w:t>Klicken oder tippen Sie, um ein Datum einzugeben.</w:t>
                </w:r>
              </w:sdtContent>
            </w:sdt>
          </w:p>
        </w:tc>
      </w:tr>
    </w:tbl>
    <w:p w14:paraId="7961C734" w14:textId="77777777" w:rsidR="00B705B2" w:rsidRPr="00011564" w:rsidRDefault="00B705B2" w:rsidP="0058114B">
      <w:pPr>
        <w:spacing w:after="120" w:line="240" w:lineRule="auto"/>
        <w:ind w:right="28"/>
        <w:rPr>
          <w:rFonts w:ascii="Source Sans Pro" w:eastAsiaTheme="majorEastAsia" w:hAnsi="Source Sans Pro" w:cstheme="majorBidi"/>
          <w:b/>
          <w:bCs/>
          <w:i/>
          <w:iCs/>
          <w:color w:val="002060"/>
          <w:sz w:val="24"/>
          <w:szCs w:val="24"/>
          <w:lang w:val="en-US"/>
        </w:rPr>
      </w:pPr>
    </w:p>
    <w:p w14:paraId="792A0E85" w14:textId="77777777" w:rsidR="00265F1D" w:rsidRPr="00011564" w:rsidRDefault="00B705B2" w:rsidP="007076DD">
      <w:pPr>
        <w:pStyle w:val="berschrift2"/>
      </w:pPr>
      <w:r w:rsidRPr="00011564">
        <w:t xml:space="preserve">Planned Academic Activities at the Receiving Institution </w:t>
      </w:r>
      <w:r w:rsidR="0083407E" w:rsidRPr="00011564">
        <w:t>(Table D)</w:t>
      </w:r>
    </w:p>
    <w:p w14:paraId="5D7BEA5E" w14:textId="7C2E9B8D" w:rsidR="00265F1D" w:rsidRPr="00011564" w:rsidRDefault="00265F1D" w:rsidP="00D37101">
      <w:pPr>
        <w:pStyle w:val="berschrift4"/>
      </w:pPr>
      <w:r w:rsidRPr="00011564">
        <w:t xml:space="preserve">Study </w:t>
      </w:r>
      <w:proofErr w:type="spellStart"/>
      <w:r w:rsidRPr="00011564">
        <w:t>Programme</w:t>
      </w:r>
      <w:proofErr w:type="spellEnd"/>
      <w:r w:rsidRPr="00011564">
        <w:t xml:space="preserve"> at </w:t>
      </w:r>
      <w:r w:rsidR="00A24DA5" w:rsidRPr="00011564">
        <w:t xml:space="preserve">the </w:t>
      </w:r>
      <w:r w:rsidRPr="00011564">
        <w:t xml:space="preserve">Receiving Institution and </w:t>
      </w:r>
      <w:r w:rsidR="00F351C0" w:rsidRPr="00011564">
        <w:t>R</w:t>
      </w:r>
      <w:r w:rsidRPr="00011564">
        <w:t xml:space="preserve">ecognition at the Sending Institution </w:t>
      </w:r>
    </w:p>
    <w:p w14:paraId="334190D5" w14:textId="34F4D064" w:rsidR="00FA69E0" w:rsidRPr="00FE7EA5" w:rsidRDefault="007843FF" w:rsidP="00D37101">
      <w:pPr>
        <w:pStyle w:val="berschrift4"/>
      </w:pPr>
      <w:r w:rsidRPr="00FE7EA5">
        <w:t>Planned</w:t>
      </w:r>
      <w:r w:rsidR="00B33F71" w:rsidRPr="00FE7EA5">
        <w:t xml:space="preserve"> </w:t>
      </w:r>
      <w:r w:rsidR="00FA69E0" w:rsidRPr="00FE7EA5">
        <w:t>Activity 1</w:t>
      </w:r>
    </w:p>
    <w:tbl>
      <w:tblPr>
        <w:tblStyle w:val="Tabellenraster"/>
        <w:tblW w:w="9351" w:type="dxa"/>
        <w:tblLook w:val="04A0" w:firstRow="1" w:lastRow="0" w:firstColumn="1" w:lastColumn="0" w:noHBand="0" w:noVBand="1"/>
      </w:tblPr>
      <w:tblGrid>
        <w:gridCol w:w="4320"/>
        <w:gridCol w:w="5031"/>
      </w:tblGrid>
      <w:tr w:rsidR="00FA69E0" w:rsidRPr="00011564" w14:paraId="69DD8985" w14:textId="77777777" w:rsidTr="00546E5C">
        <w:tc>
          <w:tcPr>
            <w:tcW w:w="9351" w:type="dxa"/>
            <w:gridSpan w:val="2"/>
            <w:shd w:val="clear" w:color="auto" w:fill="D9D9D9" w:themeFill="background1" w:themeFillShade="D9"/>
          </w:tcPr>
          <w:p w14:paraId="5A32CC89" w14:textId="5FBEE330" w:rsidR="00FA69E0" w:rsidRPr="00011564" w:rsidRDefault="00373C7F" w:rsidP="000157B9">
            <w:pPr>
              <w:rPr>
                <w:rFonts w:ascii="Source Sans Pro" w:hAnsi="Source Sans Pro"/>
                <w:sz w:val="20"/>
                <w:szCs w:val="20"/>
                <w:lang w:val="en-US"/>
              </w:rPr>
            </w:pPr>
            <w:r w:rsidRPr="00011564">
              <w:rPr>
                <w:rFonts w:ascii="Source Sans Pro" w:hAnsi="Source Sans Pro"/>
                <w:sz w:val="20"/>
                <w:szCs w:val="20"/>
                <w:lang w:val="en-US"/>
              </w:rPr>
              <w:t>Activity Title / Educational Component</w:t>
            </w:r>
          </w:p>
        </w:tc>
      </w:tr>
      <w:tr w:rsidR="00FA69E0" w:rsidRPr="00011564" w14:paraId="3B981CF9" w14:textId="77777777" w:rsidTr="00DF477D">
        <w:trPr>
          <w:trHeight w:val="454"/>
        </w:trPr>
        <w:tc>
          <w:tcPr>
            <w:tcW w:w="9351" w:type="dxa"/>
            <w:gridSpan w:val="2"/>
          </w:tcPr>
          <w:p w14:paraId="1C347F83" w14:textId="77777777" w:rsidR="00FA69E0" w:rsidRPr="00011564" w:rsidRDefault="00FA69E0" w:rsidP="000157B9">
            <w:pPr>
              <w:rPr>
                <w:rFonts w:ascii="Source Sans Pro" w:hAnsi="Source Sans Pro"/>
                <w:sz w:val="20"/>
                <w:szCs w:val="20"/>
                <w:lang w:val="en-US"/>
              </w:rPr>
            </w:pPr>
          </w:p>
          <w:p w14:paraId="72F1A6C7" w14:textId="043C667D" w:rsidR="0090287C" w:rsidRPr="00011564" w:rsidRDefault="0090287C" w:rsidP="000157B9">
            <w:pPr>
              <w:rPr>
                <w:rFonts w:ascii="Source Sans Pro" w:hAnsi="Source Sans Pro"/>
                <w:sz w:val="20"/>
                <w:szCs w:val="20"/>
                <w:lang w:val="en-US"/>
              </w:rPr>
            </w:pPr>
          </w:p>
        </w:tc>
      </w:tr>
      <w:tr w:rsidR="00FA69E0" w:rsidRPr="00011564" w14:paraId="6B1762BA" w14:textId="77777777" w:rsidTr="00546E5C">
        <w:tc>
          <w:tcPr>
            <w:tcW w:w="9351" w:type="dxa"/>
            <w:gridSpan w:val="2"/>
            <w:shd w:val="clear" w:color="auto" w:fill="D9D9D9" w:themeFill="background1" w:themeFillShade="D9"/>
          </w:tcPr>
          <w:p w14:paraId="559C5FE3"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Description of Academic Activities</w:t>
            </w:r>
          </w:p>
        </w:tc>
      </w:tr>
      <w:tr w:rsidR="00FA69E0" w:rsidRPr="00011564" w14:paraId="7C72651C" w14:textId="77777777" w:rsidTr="00117C15">
        <w:tc>
          <w:tcPr>
            <w:tcW w:w="9351" w:type="dxa"/>
            <w:gridSpan w:val="2"/>
          </w:tcPr>
          <w:p w14:paraId="09383E4F" w14:textId="059CBBEB" w:rsidR="00FA69E0" w:rsidRPr="00011564" w:rsidRDefault="00FA69E0" w:rsidP="000157B9">
            <w:pPr>
              <w:rPr>
                <w:rFonts w:ascii="Source Sans Pro" w:hAnsi="Source Sans Pro"/>
                <w:sz w:val="20"/>
                <w:szCs w:val="20"/>
                <w:lang w:val="en-US"/>
              </w:rPr>
            </w:pPr>
          </w:p>
          <w:p w14:paraId="68E1E29C" w14:textId="77777777" w:rsidR="00646DCB" w:rsidRPr="00011564" w:rsidRDefault="00646DCB" w:rsidP="000157B9">
            <w:pPr>
              <w:rPr>
                <w:rFonts w:ascii="Source Sans Pro" w:hAnsi="Source Sans Pro"/>
                <w:sz w:val="20"/>
                <w:szCs w:val="20"/>
                <w:lang w:val="en-US"/>
              </w:rPr>
            </w:pPr>
          </w:p>
          <w:p w14:paraId="7B335C8C" w14:textId="66D80B59" w:rsidR="00646DCB" w:rsidRPr="00011564" w:rsidRDefault="00646DCB" w:rsidP="000157B9">
            <w:pPr>
              <w:rPr>
                <w:rFonts w:ascii="Source Sans Pro" w:hAnsi="Source Sans Pro"/>
                <w:sz w:val="20"/>
                <w:szCs w:val="20"/>
                <w:lang w:val="en-US"/>
              </w:rPr>
            </w:pPr>
          </w:p>
        </w:tc>
      </w:tr>
      <w:tr w:rsidR="00FA69E0" w:rsidRPr="00011564" w14:paraId="038A673B" w14:textId="77777777" w:rsidTr="00546E5C">
        <w:tc>
          <w:tcPr>
            <w:tcW w:w="9351" w:type="dxa"/>
            <w:gridSpan w:val="2"/>
            <w:shd w:val="clear" w:color="auto" w:fill="D9D9D9" w:themeFill="background1" w:themeFillShade="D9"/>
          </w:tcPr>
          <w:p w14:paraId="4B9DE5EC"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Virtual Component (if applicable)</w:t>
            </w:r>
          </w:p>
        </w:tc>
      </w:tr>
      <w:tr w:rsidR="00FA69E0" w:rsidRPr="00011564" w14:paraId="706EBD42" w14:textId="77777777" w:rsidTr="00117C15">
        <w:tc>
          <w:tcPr>
            <w:tcW w:w="9351" w:type="dxa"/>
            <w:gridSpan w:val="2"/>
          </w:tcPr>
          <w:p w14:paraId="3619C15E" w14:textId="77777777" w:rsidR="00FA69E0" w:rsidRPr="00011564" w:rsidRDefault="00FA69E0" w:rsidP="000157B9">
            <w:pPr>
              <w:rPr>
                <w:rFonts w:ascii="Source Sans Pro" w:hAnsi="Source Sans Pro"/>
                <w:sz w:val="20"/>
                <w:szCs w:val="20"/>
                <w:lang w:val="en-US"/>
              </w:rPr>
            </w:pPr>
          </w:p>
          <w:p w14:paraId="6FA6E366" w14:textId="634701B7" w:rsidR="00686919" w:rsidRPr="00011564" w:rsidRDefault="00686919" w:rsidP="000157B9">
            <w:pPr>
              <w:rPr>
                <w:rFonts w:ascii="Source Sans Pro" w:hAnsi="Source Sans Pro"/>
                <w:sz w:val="20"/>
                <w:szCs w:val="20"/>
                <w:lang w:val="en-US"/>
              </w:rPr>
            </w:pPr>
          </w:p>
        </w:tc>
      </w:tr>
      <w:tr w:rsidR="00FA69E0" w:rsidRPr="00011564" w14:paraId="074D4E8B" w14:textId="77777777" w:rsidTr="00546E5C">
        <w:tc>
          <w:tcPr>
            <w:tcW w:w="4320" w:type="dxa"/>
            <w:shd w:val="clear" w:color="auto" w:fill="D9D9D9" w:themeFill="background1" w:themeFillShade="D9"/>
          </w:tcPr>
          <w:p w14:paraId="635F7AE5"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ECTS Credits</w:t>
            </w:r>
          </w:p>
        </w:tc>
        <w:tc>
          <w:tcPr>
            <w:tcW w:w="5031" w:type="dxa"/>
            <w:shd w:val="clear" w:color="auto" w:fill="D9D9D9" w:themeFill="background1" w:themeFillShade="D9"/>
          </w:tcPr>
          <w:p w14:paraId="60FA8F03" w14:textId="79BFD0F2" w:rsidR="00FA69E0" w:rsidRPr="00011564" w:rsidRDefault="00913D61" w:rsidP="000157B9">
            <w:pPr>
              <w:rPr>
                <w:rFonts w:ascii="Source Sans Pro" w:hAnsi="Source Sans Pro"/>
                <w:sz w:val="20"/>
                <w:szCs w:val="20"/>
                <w:lang w:val="en-US"/>
              </w:rPr>
            </w:pPr>
            <w:r w:rsidRPr="00011564">
              <w:rPr>
                <w:rFonts w:ascii="Source Sans Pro" w:hAnsi="Source Sans Pro"/>
                <w:sz w:val="20"/>
                <w:szCs w:val="20"/>
                <w:lang w:val="en-US"/>
              </w:rPr>
              <w:t xml:space="preserve">Automatic </w:t>
            </w:r>
            <w:r w:rsidR="00FA69E0" w:rsidRPr="00011564">
              <w:rPr>
                <w:rFonts w:ascii="Source Sans Pro" w:hAnsi="Source Sans Pro"/>
                <w:sz w:val="20"/>
                <w:szCs w:val="20"/>
                <w:lang w:val="en-US"/>
              </w:rPr>
              <w:t>Recognition</w:t>
            </w:r>
          </w:p>
        </w:tc>
      </w:tr>
      <w:tr w:rsidR="00FA69E0" w:rsidRPr="00011564" w14:paraId="30EC82CA" w14:textId="77777777" w:rsidTr="00117C15">
        <w:tc>
          <w:tcPr>
            <w:tcW w:w="4320" w:type="dxa"/>
          </w:tcPr>
          <w:p w14:paraId="3BCAE5EA" w14:textId="77777777" w:rsidR="00FA69E0" w:rsidRPr="00011564" w:rsidRDefault="00FA69E0" w:rsidP="000157B9">
            <w:pPr>
              <w:rPr>
                <w:rFonts w:ascii="Source Sans Pro" w:hAnsi="Source Sans Pro"/>
                <w:sz w:val="20"/>
                <w:szCs w:val="20"/>
                <w:lang w:val="en-US"/>
              </w:rPr>
            </w:pPr>
          </w:p>
        </w:tc>
        <w:sdt>
          <w:sdtPr>
            <w:rPr>
              <w:rFonts w:ascii="Source Sans Pro" w:hAnsi="Source Sans Pro"/>
              <w:sz w:val="20"/>
              <w:szCs w:val="20"/>
              <w:lang w:val="en-US"/>
            </w:rPr>
            <w:id w:val="661582617"/>
            <w:placeholder>
              <w:docPart w:val="DefaultPlaceholder_-1854013438"/>
            </w:placeholder>
            <w:showingPlcHdr/>
            <w:dropDownList>
              <w:listItem w:value="Wählen Sie ein Element aus."/>
              <w:listItem w:displayText="Yes" w:value="Yes"/>
              <w:listItem w:displayText="No" w:value="No"/>
            </w:dropDownList>
          </w:sdtPr>
          <w:sdtEndPr/>
          <w:sdtContent>
            <w:tc>
              <w:tcPr>
                <w:tcW w:w="5031" w:type="dxa"/>
              </w:tcPr>
              <w:p w14:paraId="71E31D6B" w14:textId="3BABFCBF" w:rsidR="00FA69E0" w:rsidRPr="00011564" w:rsidRDefault="00602072" w:rsidP="000157B9">
                <w:pPr>
                  <w:rPr>
                    <w:rFonts w:ascii="Source Sans Pro" w:hAnsi="Source Sans Pro"/>
                    <w:sz w:val="20"/>
                    <w:szCs w:val="20"/>
                    <w:lang w:val="en-US"/>
                  </w:rPr>
                </w:pPr>
                <w:r w:rsidRPr="001072D0">
                  <w:rPr>
                    <w:rStyle w:val="Platzhaltertext"/>
                    <w:sz w:val="20"/>
                    <w:szCs w:val="20"/>
                    <w:lang w:val="en-US"/>
                  </w:rPr>
                  <w:t>Wählen Sie ein Element aus.</w:t>
                </w:r>
              </w:p>
            </w:tc>
          </w:sdtContent>
        </w:sdt>
      </w:tr>
    </w:tbl>
    <w:p w14:paraId="45DB44CB" w14:textId="513FDD86" w:rsidR="008F7458" w:rsidRPr="00011564" w:rsidRDefault="008F7458">
      <w:pPr>
        <w:rPr>
          <w:rFonts w:ascii="Source Sans Pro" w:eastAsiaTheme="majorEastAsia" w:hAnsi="Source Sans Pro" w:cstheme="majorBidi"/>
          <w:b/>
          <w:bCs/>
          <w:i/>
          <w:iCs/>
          <w:color w:val="002060"/>
          <w:sz w:val="24"/>
          <w:szCs w:val="24"/>
          <w:lang w:val="en-US"/>
        </w:rPr>
      </w:pPr>
    </w:p>
    <w:p w14:paraId="40595BFE" w14:textId="52CE0D26" w:rsidR="00FA69E0" w:rsidRPr="00011564" w:rsidRDefault="007843FF" w:rsidP="00D37101">
      <w:pPr>
        <w:pStyle w:val="berschrift4"/>
      </w:pPr>
      <w:r w:rsidRPr="00011564">
        <w:lastRenderedPageBreak/>
        <w:t>Planned</w:t>
      </w:r>
      <w:r w:rsidR="00B33F71" w:rsidRPr="00011564">
        <w:t xml:space="preserve"> </w:t>
      </w:r>
      <w:r w:rsidR="00FA69E0" w:rsidRPr="00011564">
        <w:t>Activity 2</w:t>
      </w:r>
    </w:p>
    <w:tbl>
      <w:tblPr>
        <w:tblStyle w:val="Tabellenraster"/>
        <w:tblW w:w="9351" w:type="dxa"/>
        <w:tblLook w:val="04A0" w:firstRow="1" w:lastRow="0" w:firstColumn="1" w:lastColumn="0" w:noHBand="0" w:noVBand="1"/>
      </w:tblPr>
      <w:tblGrid>
        <w:gridCol w:w="4320"/>
        <w:gridCol w:w="5031"/>
      </w:tblGrid>
      <w:tr w:rsidR="00FA69E0" w:rsidRPr="00011564" w14:paraId="6F027AF0" w14:textId="77777777" w:rsidTr="00546E5C">
        <w:trPr>
          <w:trHeight w:val="130"/>
        </w:trPr>
        <w:tc>
          <w:tcPr>
            <w:tcW w:w="9351" w:type="dxa"/>
            <w:gridSpan w:val="2"/>
            <w:shd w:val="clear" w:color="auto" w:fill="D9D9D9" w:themeFill="background1" w:themeFillShade="D9"/>
          </w:tcPr>
          <w:p w14:paraId="3F2AFB96" w14:textId="51D5DF51" w:rsidR="00FA69E0" w:rsidRPr="00011564" w:rsidRDefault="00373C7F" w:rsidP="000157B9">
            <w:pPr>
              <w:rPr>
                <w:rFonts w:ascii="Source Sans Pro" w:hAnsi="Source Sans Pro"/>
                <w:sz w:val="20"/>
                <w:szCs w:val="20"/>
                <w:lang w:val="en-US"/>
              </w:rPr>
            </w:pPr>
            <w:r w:rsidRPr="00011564">
              <w:rPr>
                <w:rFonts w:ascii="Source Sans Pro" w:hAnsi="Source Sans Pro"/>
                <w:sz w:val="20"/>
                <w:szCs w:val="20"/>
                <w:lang w:val="en-US"/>
              </w:rPr>
              <w:t>Activity Title / Educational Component</w:t>
            </w:r>
          </w:p>
        </w:tc>
      </w:tr>
      <w:tr w:rsidR="00FA69E0" w:rsidRPr="00011564" w14:paraId="40601802" w14:textId="77777777" w:rsidTr="00DF477D">
        <w:trPr>
          <w:trHeight w:val="454"/>
        </w:trPr>
        <w:tc>
          <w:tcPr>
            <w:tcW w:w="9351" w:type="dxa"/>
            <w:gridSpan w:val="2"/>
          </w:tcPr>
          <w:p w14:paraId="1A889157" w14:textId="77777777" w:rsidR="00FA69E0" w:rsidRPr="00011564" w:rsidRDefault="00FA69E0" w:rsidP="000157B9">
            <w:pPr>
              <w:rPr>
                <w:rFonts w:ascii="Source Sans Pro" w:hAnsi="Source Sans Pro"/>
                <w:sz w:val="20"/>
                <w:szCs w:val="20"/>
                <w:lang w:val="en-US"/>
              </w:rPr>
            </w:pPr>
          </w:p>
          <w:p w14:paraId="4D333409" w14:textId="236CA87D" w:rsidR="0090287C" w:rsidRPr="00011564" w:rsidRDefault="0090287C" w:rsidP="000157B9">
            <w:pPr>
              <w:rPr>
                <w:rFonts w:ascii="Source Sans Pro" w:hAnsi="Source Sans Pro"/>
                <w:sz w:val="20"/>
                <w:szCs w:val="20"/>
                <w:lang w:val="en-US"/>
              </w:rPr>
            </w:pPr>
          </w:p>
        </w:tc>
      </w:tr>
      <w:tr w:rsidR="00FA69E0" w:rsidRPr="00011564" w14:paraId="4787548C" w14:textId="77777777" w:rsidTr="00546E5C">
        <w:tc>
          <w:tcPr>
            <w:tcW w:w="9351" w:type="dxa"/>
            <w:gridSpan w:val="2"/>
            <w:shd w:val="clear" w:color="auto" w:fill="D9D9D9" w:themeFill="background1" w:themeFillShade="D9"/>
          </w:tcPr>
          <w:p w14:paraId="4185DD4B"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Description of Academic Activities</w:t>
            </w:r>
          </w:p>
        </w:tc>
      </w:tr>
      <w:tr w:rsidR="00FA69E0" w:rsidRPr="00011564" w14:paraId="391D88FC" w14:textId="77777777" w:rsidTr="00117C15">
        <w:tc>
          <w:tcPr>
            <w:tcW w:w="9351" w:type="dxa"/>
            <w:gridSpan w:val="2"/>
          </w:tcPr>
          <w:p w14:paraId="1F28A056" w14:textId="77777777" w:rsidR="00FA69E0" w:rsidRPr="00011564" w:rsidRDefault="00FA69E0" w:rsidP="000157B9">
            <w:pPr>
              <w:rPr>
                <w:rFonts w:ascii="Source Sans Pro" w:hAnsi="Source Sans Pro"/>
                <w:sz w:val="20"/>
                <w:szCs w:val="20"/>
                <w:lang w:val="en-US"/>
              </w:rPr>
            </w:pPr>
          </w:p>
          <w:p w14:paraId="18977629" w14:textId="77777777" w:rsidR="00646DCB" w:rsidRPr="00011564" w:rsidRDefault="00646DCB" w:rsidP="000157B9">
            <w:pPr>
              <w:rPr>
                <w:rFonts w:ascii="Source Sans Pro" w:hAnsi="Source Sans Pro"/>
                <w:sz w:val="20"/>
                <w:szCs w:val="20"/>
                <w:lang w:val="en-US"/>
              </w:rPr>
            </w:pPr>
          </w:p>
          <w:p w14:paraId="2DC35195" w14:textId="749BD06A" w:rsidR="00646DCB" w:rsidRPr="00011564" w:rsidRDefault="00646DCB" w:rsidP="000157B9">
            <w:pPr>
              <w:rPr>
                <w:rFonts w:ascii="Source Sans Pro" w:hAnsi="Source Sans Pro"/>
                <w:sz w:val="20"/>
                <w:szCs w:val="20"/>
                <w:lang w:val="en-US"/>
              </w:rPr>
            </w:pPr>
          </w:p>
        </w:tc>
      </w:tr>
      <w:tr w:rsidR="00FA69E0" w:rsidRPr="00011564" w14:paraId="1E810BD6" w14:textId="77777777" w:rsidTr="00546E5C">
        <w:tc>
          <w:tcPr>
            <w:tcW w:w="9351" w:type="dxa"/>
            <w:gridSpan w:val="2"/>
            <w:shd w:val="clear" w:color="auto" w:fill="D9D9D9" w:themeFill="background1" w:themeFillShade="D9"/>
          </w:tcPr>
          <w:p w14:paraId="3D1D0CCE"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Virtual Component (if applicable)</w:t>
            </w:r>
          </w:p>
        </w:tc>
      </w:tr>
      <w:tr w:rsidR="00FA69E0" w:rsidRPr="00011564" w14:paraId="0F0FB29C" w14:textId="77777777" w:rsidTr="00117C15">
        <w:tc>
          <w:tcPr>
            <w:tcW w:w="9351" w:type="dxa"/>
            <w:gridSpan w:val="2"/>
          </w:tcPr>
          <w:p w14:paraId="2F90821F" w14:textId="77777777" w:rsidR="00FA69E0" w:rsidRPr="00011564" w:rsidRDefault="00FA69E0" w:rsidP="000157B9">
            <w:pPr>
              <w:rPr>
                <w:rFonts w:ascii="Source Sans Pro" w:hAnsi="Source Sans Pro"/>
                <w:sz w:val="20"/>
                <w:szCs w:val="20"/>
                <w:lang w:val="en-US"/>
              </w:rPr>
            </w:pPr>
          </w:p>
          <w:p w14:paraId="57AFD1C7" w14:textId="732362C1" w:rsidR="00686919" w:rsidRPr="00011564" w:rsidRDefault="00686919" w:rsidP="000157B9">
            <w:pPr>
              <w:rPr>
                <w:rFonts w:ascii="Source Sans Pro" w:hAnsi="Source Sans Pro"/>
                <w:sz w:val="20"/>
                <w:szCs w:val="20"/>
                <w:lang w:val="en-US"/>
              </w:rPr>
            </w:pPr>
          </w:p>
        </w:tc>
      </w:tr>
      <w:tr w:rsidR="00FA69E0" w:rsidRPr="00011564" w14:paraId="017E4E35" w14:textId="77777777" w:rsidTr="00546E5C">
        <w:tc>
          <w:tcPr>
            <w:tcW w:w="4320" w:type="dxa"/>
            <w:shd w:val="clear" w:color="auto" w:fill="D9D9D9" w:themeFill="background1" w:themeFillShade="D9"/>
          </w:tcPr>
          <w:p w14:paraId="6843D30D"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ECTS Credits</w:t>
            </w:r>
          </w:p>
        </w:tc>
        <w:tc>
          <w:tcPr>
            <w:tcW w:w="5031" w:type="dxa"/>
            <w:shd w:val="clear" w:color="auto" w:fill="D9D9D9" w:themeFill="background1" w:themeFillShade="D9"/>
          </w:tcPr>
          <w:p w14:paraId="0D048566" w14:textId="1F0E55E6" w:rsidR="00FA69E0" w:rsidRPr="00011564" w:rsidRDefault="00913D61" w:rsidP="000157B9">
            <w:pPr>
              <w:rPr>
                <w:rFonts w:ascii="Source Sans Pro" w:hAnsi="Source Sans Pro"/>
                <w:sz w:val="20"/>
                <w:szCs w:val="20"/>
                <w:lang w:val="en-US"/>
              </w:rPr>
            </w:pPr>
            <w:r w:rsidRPr="00011564">
              <w:rPr>
                <w:rFonts w:ascii="Source Sans Pro" w:hAnsi="Source Sans Pro"/>
                <w:sz w:val="20"/>
                <w:szCs w:val="20"/>
                <w:lang w:val="en-US"/>
              </w:rPr>
              <w:t xml:space="preserve">Automatic </w:t>
            </w:r>
            <w:r w:rsidR="00FA69E0" w:rsidRPr="00011564">
              <w:rPr>
                <w:rFonts w:ascii="Source Sans Pro" w:hAnsi="Source Sans Pro"/>
                <w:sz w:val="20"/>
                <w:szCs w:val="20"/>
                <w:lang w:val="en-US"/>
              </w:rPr>
              <w:t>Recognition</w:t>
            </w:r>
          </w:p>
        </w:tc>
      </w:tr>
      <w:tr w:rsidR="00FA69E0" w:rsidRPr="00011564" w14:paraId="6EFDDC8B" w14:textId="77777777" w:rsidTr="00FD2A52">
        <w:trPr>
          <w:trHeight w:val="58"/>
        </w:trPr>
        <w:tc>
          <w:tcPr>
            <w:tcW w:w="4320" w:type="dxa"/>
          </w:tcPr>
          <w:p w14:paraId="658B0AEA" w14:textId="77777777" w:rsidR="00FA69E0" w:rsidRPr="00011564" w:rsidRDefault="00FA69E0" w:rsidP="000157B9">
            <w:pPr>
              <w:rPr>
                <w:rFonts w:ascii="Source Sans Pro" w:hAnsi="Source Sans Pro"/>
                <w:sz w:val="20"/>
                <w:szCs w:val="20"/>
                <w:lang w:val="en-US"/>
              </w:rPr>
            </w:pPr>
          </w:p>
        </w:tc>
        <w:sdt>
          <w:sdtPr>
            <w:rPr>
              <w:rFonts w:ascii="Source Sans Pro" w:hAnsi="Source Sans Pro"/>
              <w:sz w:val="20"/>
              <w:szCs w:val="20"/>
              <w:lang w:val="en-US"/>
            </w:rPr>
            <w:id w:val="994149956"/>
            <w:placeholder>
              <w:docPart w:val="DefaultPlaceholder_-1854013438"/>
            </w:placeholder>
            <w:showingPlcHdr/>
            <w:dropDownList>
              <w:listItem w:value="Wählen Sie ein Element aus."/>
              <w:listItem w:displayText="Yes" w:value="Yes"/>
              <w:listItem w:displayText="No" w:value="No"/>
            </w:dropDownList>
          </w:sdtPr>
          <w:sdtEndPr/>
          <w:sdtContent>
            <w:tc>
              <w:tcPr>
                <w:tcW w:w="5031" w:type="dxa"/>
              </w:tcPr>
              <w:p w14:paraId="222E8DAD" w14:textId="25B23E46" w:rsidR="00FA69E0" w:rsidRPr="00011564" w:rsidRDefault="005F08D6" w:rsidP="000157B9">
                <w:pPr>
                  <w:rPr>
                    <w:rFonts w:ascii="Source Sans Pro" w:hAnsi="Source Sans Pro"/>
                    <w:sz w:val="20"/>
                    <w:szCs w:val="20"/>
                    <w:lang w:val="en-US"/>
                  </w:rPr>
                </w:pPr>
                <w:r w:rsidRPr="00FD2A52">
                  <w:rPr>
                    <w:rStyle w:val="Platzhaltertext"/>
                    <w:sz w:val="20"/>
                    <w:szCs w:val="20"/>
                    <w:lang w:val="en-US"/>
                  </w:rPr>
                  <w:t>Wählen Sie ein Element aus.</w:t>
                </w:r>
              </w:p>
            </w:tc>
          </w:sdtContent>
        </w:sdt>
      </w:tr>
    </w:tbl>
    <w:p w14:paraId="072DB739" w14:textId="7FDFD162" w:rsidR="00FA69E0" w:rsidRPr="00011564" w:rsidRDefault="007843FF" w:rsidP="00D37101">
      <w:pPr>
        <w:pStyle w:val="berschrift4"/>
      </w:pPr>
      <w:r w:rsidRPr="00011564">
        <w:t>Planned</w:t>
      </w:r>
      <w:r w:rsidR="00B33F71" w:rsidRPr="00011564">
        <w:t xml:space="preserve"> </w:t>
      </w:r>
      <w:r w:rsidR="00FA69E0" w:rsidRPr="00011564">
        <w:t>Activity 3</w:t>
      </w:r>
    </w:p>
    <w:tbl>
      <w:tblPr>
        <w:tblStyle w:val="Tabellenraster"/>
        <w:tblW w:w="9351" w:type="dxa"/>
        <w:tblLook w:val="04A0" w:firstRow="1" w:lastRow="0" w:firstColumn="1" w:lastColumn="0" w:noHBand="0" w:noVBand="1"/>
      </w:tblPr>
      <w:tblGrid>
        <w:gridCol w:w="4320"/>
        <w:gridCol w:w="5031"/>
      </w:tblGrid>
      <w:tr w:rsidR="00FA69E0" w:rsidRPr="00011564" w14:paraId="026CCF5E" w14:textId="77777777" w:rsidTr="00546E5C">
        <w:tc>
          <w:tcPr>
            <w:tcW w:w="9351" w:type="dxa"/>
            <w:gridSpan w:val="2"/>
            <w:shd w:val="clear" w:color="auto" w:fill="D9D9D9" w:themeFill="background1" w:themeFillShade="D9"/>
          </w:tcPr>
          <w:p w14:paraId="7FDAA805" w14:textId="5BB1447F" w:rsidR="00FA69E0" w:rsidRPr="00011564" w:rsidRDefault="00373C7F" w:rsidP="000157B9">
            <w:pPr>
              <w:rPr>
                <w:rFonts w:ascii="Source Sans Pro" w:hAnsi="Source Sans Pro"/>
                <w:sz w:val="20"/>
                <w:szCs w:val="20"/>
                <w:lang w:val="en-US"/>
              </w:rPr>
            </w:pPr>
            <w:r w:rsidRPr="00011564">
              <w:rPr>
                <w:rFonts w:ascii="Source Sans Pro" w:hAnsi="Source Sans Pro"/>
                <w:sz w:val="20"/>
                <w:szCs w:val="20"/>
                <w:lang w:val="en-US"/>
              </w:rPr>
              <w:t>Activity Title / Educational Component</w:t>
            </w:r>
          </w:p>
        </w:tc>
      </w:tr>
      <w:tr w:rsidR="00FA69E0" w:rsidRPr="00011564" w14:paraId="189BB2F6" w14:textId="77777777" w:rsidTr="00DF477D">
        <w:trPr>
          <w:trHeight w:val="454"/>
        </w:trPr>
        <w:tc>
          <w:tcPr>
            <w:tcW w:w="9351" w:type="dxa"/>
            <w:gridSpan w:val="2"/>
          </w:tcPr>
          <w:p w14:paraId="4CCB0431" w14:textId="77777777" w:rsidR="00FA69E0" w:rsidRPr="00011564" w:rsidRDefault="00FA69E0" w:rsidP="000157B9">
            <w:pPr>
              <w:rPr>
                <w:rFonts w:ascii="Source Sans Pro" w:hAnsi="Source Sans Pro"/>
                <w:sz w:val="20"/>
                <w:szCs w:val="20"/>
                <w:lang w:val="en-US"/>
              </w:rPr>
            </w:pPr>
          </w:p>
          <w:p w14:paraId="235BECE4" w14:textId="5DBD935B" w:rsidR="0090287C" w:rsidRPr="00011564" w:rsidRDefault="0090287C" w:rsidP="000157B9">
            <w:pPr>
              <w:rPr>
                <w:rFonts w:ascii="Source Sans Pro" w:hAnsi="Source Sans Pro"/>
                <w:sz w:val="20"/>
                <w:szCs w:val="20"/>
                <w:lang w:val="en-US"/>
              </w:rPr>
            </w:pPr>
          </w:p>
        </w:tc>
      </w:tr>
      <w:tr w:rsidR="00FA69E0" w:rsidRPr="00011564" w14:paraId="6B0ED870" w14:textId="77777777" w:rsidTr="00546E5C">
        <w:tc>
          <w:tcPr>
            <w:tcW w:w="9351" w:type="dxa"/>
            <w:gridSpan w:val="2"/>
            <w:shd w:val="clear" w:color="auto" w:fill="D9D9D9" w:themeFill="background1" w:themeFillShade="D9"/>
          </w:tcPr>
          <w:p w14:paraId="282D4077"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Description of Academic Activities</w:t>
            </w:r>
          </w:p>
        </w:tc>
      </w:tr>
      <w:tr w:rsidR="00FA69E0" w:rsidRPr="00011564" w14:paraId="0C6BA108" w14:textId="77777777" w:rsidTr="00117C15">
        <w:tc>
          <w:tcPr>
            <w:tcW w:w="9351" w:type="dxa"/>
            <w:gridSpan w:val="2"/>
          </w:tcPr>
          <w:p w14:paraId="19133277" w14:textId="77777777" w:rsidR="00FA69E0" w:rsidRPr="00011564" w:rsidRDefault="00FA69E0" w:rsidP="000157B9">
            <w:pPr>
              <w:rPr>
                <w:rFonts w:ascii="Source Sans Pro" w:hAnsi="Source Sans Pro"/>
                <w:sz w:val="20"/>
                <w:szCs w:val="20"/>
                <w:lang w:val="en-US"/>
              </w:rPr>
            </w:pPr>
          </w:p>
          <w:p w14:paraId="267FE608" w14:textId="77777777" w:rsidR="00646DCB" w:rsidRPr="00011564" w:rsidRDefault="00646DCB" w:rsidP="000157B9">
            <w:pPr>
              <w:rPr>
                <w:rFonts w:ascii="Source Sans Pro" w:hAnsi="Source Sans Pro"/>
                <w:sz w:val="20"/>
                <w:szCs w:val="20"/>
                <w:lang w:val="en-US"/>
              </w:rPr>
            </w:pPr>
          </w:p>
          <w:p w14:paraId="451A7082" w14:textId="77777777" w:rsidR="00646DCB" w:rsidRPr="00011564" w:rsidRDefault="00646DCB" w:rsidP="000157B9">
            <w:pPr>
              <w:rPr>
                <w:rFonts w:ascii="Source Sans Pro" w:hAnsi="Source Sans Pro"/>
                <w:sz w:val="20"/>
                <w:szCs w:val="20"/>
                <w:lang w:val="en-US"/>
              </w:rPr>
            </w:pPr>
          </w:p>
          <w:p w14:paraId="33923E45" w14:textId="13A892F5" w:rsidR="00646DCB" w:rsidRPr="00011564" w:rsidRDefault="00646DCB" w:rsidP="000157B9">
            <w:pPr>
              <w:rPr>
                <w:rFonts w:ascii="Source Sans Pro" w:hAnsi="Source Sans Pro"/>
                <w:sz w:val="20"/>
                <w:szCs w:val="20"/>
                <w:lang w:val="en-US"/>
              </w:rPr>
            </w:pPr>
          </w:p>
        </w:tc>
      </w:tr>
      <w:tr w:rsidR="00FA69E0" w:rsidRPr="00011564" w14:paraId="5337A8F5" w14:textId="77777777" w:rsidTr="00546E5C">
        <w:tc>
          <w:tcPr>
            <w:tcW w:w="9351" w:type="dxa"/>
            <w:gridSpan w:val="2"/>
            <w:shd w:val="clear" w:color="auto" w:fill="D9D9D9" w:themeFill="background1" w:themeFillShade="D9"/>
          </w:tcPr>
          <w:p w14:paraId="180D59B8"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Virtual Component (if applicable)</w:t>
            </w:r>
          </w:p>
        </w:tc>
      </w:tr>
      <w:tr w:rsidR="00FA69E0" w:rsidRPr="00011564" w14:paraId="1C66525C" w14:textId="77777777" w:rsidTr="00117C15">
        <w:tc>
          <w:tcPr>
            <w:tcW w:w="9351" w:type="dxa"/>
            <w:gridSpan w:val="2"/>
          </w:tcPr>
          <w:p w14:paraId="0D828578" w14:textId="77777777" w:rsidR="00FA69E0" w:rsidRPr="00011564" w:rsidRDefault="00FA69E0" w:rsidP="000157B9">
            <w:pPr>
              <w:rPr>
                <w:rFonts w:ascii="Source Sans Pro" w:hAnsi="Source Sans Pro"/>
                <w:sz w:val="20"/>
                <w:szCs w:val="20"/>
                <w:lang w:val="en-US"/>
              </w:rPr>
            </w:pPr>
          </w:p>
          <w:p w14:paraId="195992ED" w14:textId="55DCAA6A" w:rsidR="00686919" w:rsidRPr="00011564" w:rsidRDefault="00686919" w:rsidP="000157B9">
            <w:pPr>
              <w:rPr>
                <w:rFonts w:ascii="Source Sans Pro" w:hAnsi="Source Sans Pro"/>
                <w:sz w:val="20"/>
                <w:szCs w:val="20"/>
                <w:lang w:val="en-US"/>
              </w:rPr>
            </w:pPr>
          </w:p>
        </w:tc>
      </w:tr>
      <w:tr w:rsidR="00FA69E0" w:rsidRPr="00011564" w14:paraId="1A5688E5" w14:textId="77777777" w:rsidTr="00546E5C">
        <w:tc>
          <w:tcPr>
            <w:tcW w:w="4320" w:type="dxa"/>
            <w:shd w:val="clear" w:color="auto" w:fill="D9D9D9" w:themeFill="background1" w:themeFillShade="D9"/>
          </w:tcPr>
          <w:p w14:paraId="1C72591C" w14:textId="77777777" w:rsidR="00FA69E0" w:rsidRPr="00011564" w:rsidRDefault="00FA69E0" w:rsidP="000157B9">
            <w:pPr>
              <w:rPr>
                <w:rFonts w:ascii="Source Sans Pro" w:hAnsi="Source Sans Pro"/>
                <w:sz w:val="20"/>
                <w:szCs w:val="20"/>
                <w:lang w:val="en-US"/>
              </w:rPr>
            </w:pPr>
            <w:r w:rsidRPr="00011564">
              <w:rPr>
                <w:rFonts w:ascii="Source Sans Pro" w:hAnsi="Source Sans Pro"/>
                <w:sz w:val="20"/>
                <w:szCs w:val="20"/>
                <w:lang w:val="en-US"/>
              </w:rPr>
              <w:t>ECTS Credits</w:t>
            </w:r>
          </w:p>
        </w:tc>
        <w:tc>
          <w:tcPr>
            <w:tcW w:w="5031" w:type="dxa"/>
            <w:shd w:val="clear" w:color="auto" w:fill="D9D9D9" w:themeFill="background1" w:themeFillShade="D9"/>
          </w:tcPr>
          <w:p w14:paraId="69D137CC" w14:textId="48EE0534" w:rsidR="00FA69E0" w:rsidRPr="00011564" w:rsidRDefault="00913D61" w:rsidP="000157B9">
            <w:pPr>
              <w:rPr>
                <w:rFonts w:ascii="Source Sans Pro" w:hAnsi="Source Sans Pro"/>
                <w:sz w:val="20"/>
                <w:szCs w:val="20"/>
                <w:lang w:val="en-US"/>
              </w:rPr>
            </w:pPr>
            <w:r w:rsidRPr="00011564">
              <w:rPr>
                <w:rFonts w:ascii="Source Sans Pro" w:hAnsi="Source Sans Pro"/>
                <w:sz w:val="20"/>
                <w:szCs w:val="20"/>
                <w:lang w:val="en-US"/>
              </w:rPr>
              <w:t xml:space="preserve">Automatic </w:t>
            </w:r>
            <w:r w:rsidR="00FA69E0" w:rsidRPr="00011564">
              <w:rPr>
                <w:rFonts w:ascii="Source Sans Pro" w:hAnsi="Source Sans Pro"/>
                <w:sz w:val="20"/>
                <w:szCs w:val="20"/>
                <w:lang w:val="en-US"/>
              </w:rPr>
              <w:t>Recognition</w:t>
            </w:r>
          </w:p>
        </w:tc>
      </w:tr>
      <w:tr w:rsidR="00FA69E0" w:rsidRPr="00011564" w14:paraId="6E9E0232" w14:textId="77777777" w:rsidTr="00117C15">
        <w:tc>
          <w:tcPr>
            <w:tcW w:w="4320" w:type="dxa"/>
          </w:tcPr>
          <w:p w14:paraId="04CE6F5E" w14:textId="77777777" w:rsidR="00FA69E0" w:rsidRPr="00011564" w:rsidRDefault="00FA69E0" w:rsidP="000157B9">
            <w:pPr>
              <w:rPr>
                <w:rFonts w:ascii="Source Sans Pro" w:hAnsi="Source Sans Pro"/>
                <w:sz w:val="20"/>
                <w:szCs w:val="20"/>
                <w:lang w:val="en-US"/>
              </w:rPr>
            </w:pPr>
          </w:p>
        </w:tc>
        <w:sdt>
          <w:sdtPr>
            <w:rPr>
              <w:rFonts w:ascii="Source Sans Pro" w:hAnsi="Source Sans Pro"/>
              <w:sz w:val="18"/>
              <w:szCs w:val="18"/>
              <w:lang w:val="en-US"/>
            </w:rPr>
            <w:id w:val="-2019765089"/>
            <w:placeholder>
              <w:docPart w:val="DefaultPlaceholder_-1854013438"/>
            </w:placeholder>
            <w:showingPlcHdr/>
            <w:dropDownList>
              <w:listItem w:value="Wählen Sie ein Element aus."/>
              <w:listItem w:displayText="Yes" w:value="Yes"/>
              <w:listItem w:displayText="No" w:value="No"/>
            </w:dropDownList>
          </w:sdtPr>
          <w:sdtEndPr>
            <w:rPr>
              <w:sz w:val="20"/>
              <w:szCs w:val="20"/>
            </w:rPr>
          </w:sdtEndPr>
          <w:sdtContent>
            <w:tc>
              <w:tcPr>
                <w:tcW w:w="5031" w:type="dxa"/>
              </w:tcPr>
              <w:p w14:paraId="7E932922" w14:textId="18037431" w:rsidR="00FA69E0" w:rsidRPr="00011564" w:rsidRDefault="00F11A7A" w:rsidP="000157B9">
                <w:pPr>
                  <w:rPr>
                    <w:rFonts w:ascii="Source Sans Pro" w:hAnsi="Source Sans Pro"/>
                    <w:sz w:val="20"/>
                    <w:szCs w:val="20"/>
                    <w:lang w:val="en-US"/>
                  </w:rPr>
                </w:pPr>
                <w:r w:rsidRPr="00CB5105">
                  <w:rPr>
                    <w:rStyle w:val="Platzhaltertext"/>
                    <w:sz w:val="20"/>
                    <w:szCs w:val="20"/>
                    <w:lang w:val="en-US"/>
                  </w:rPr>
                  <w:t>Wählen Sie ein Element aus.</w:t>
                </w:r>
              </w:p>
            </w:tc>
          </w:sdtContent>
        </w:sdt>
      </w:tr>
    </w:tbl>
    <w:p w14:paraId="4108FDEA" w14:textId="20162371" w:rsidR="00184017" w:rsidRPr="00011564" w:rsidRDefault="00184017" w:rsidP="00905EF3">
      <w:pPr>
        <w:spacing w:after="0"/>
        <w:rPr>
          <w:rFonts w:ascii="Source Sans Pro" w:hAnsi="Source Sans Pro"/>
          <w:b/>
          <w:bCs/>
          <w:sz w:val="24"/>
          <w:szCs w:val="24"/>
          <w:lang w:val="en-US"/>
        </w:rPr>
      </w:pPr>
    </w:p>
    <w:p w14:paraId="0C5A5868" w14:textId="77777777" w:rsidR="00265F1D" w:rsidRPr="00011564" w:rsidRDefault="00265F1D" w:rsidP="00905EF3">
      <w:pPr>
        <w:spacing w:after="0"/>
        <w:rPr>
          <w:rFonts w:ascii="Source Sans Pro" w:hAnsi="Source Sans Pro"/>
          <w:b/>
          <w:bCs/>
          <w:sz w:val="24"/>
          <w:szCs w:val="24"/>
          <w:lang w:val="en-US"/>
        </w:rPr>
      </w:pP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4111"/>
        <w:gridCol w:w="5239"/>
      </w:tblGrid>
      <w:tr w:rsidR="00F6570E" w:rsidRPr="00011564" w14:paraId="1DCFD8E4" w14:textId="77777777" w:rsidTr="00F474F2">
        <w:trPr>
          <w:trHeight w:val="567"/>
        </w:trPr>
        <w:tc>
          <w:tcPr>
            <w:tcW w:w="4111" w:type="dxa"/>
            <w:shd w:val="clear" w:color="auto" w:fill="D9D9D9" w:themeFill="background1" w:themeFillShade="D9"/>
            <w:vAlign w:val="center"/>
          </w:tcPr>
          <w:p w14:paraId="1697EEAA" w14:textId="240B148A" w:rsidR="00F6570E" w:rsidRPr="00011564" w:rsidRDefault="00F474F2" w:rsidP="00FA69E0">
            <w:pPr>
              <w:spacing w:before="120"/>
              <w:rPr>
                <w:rFonts w:ascii="Source Sans Pro" w:hAnsi="Source Sans Pro"/>
                <w:b/>
                <w:bCs/>
                <w:lang w:val="en-US"/>
              </w:rPr>
            </w:pPr>
            <w:r w:rsidRPr="00011564">
              <w:rPr>
                <w:rFonts w:ascii="Source Sans Pro" w:hAnsi="Source Sans Pro"/>
                <w:b/>
                <w:bCs/>
                <w:lang w:val="en-US"/>
              </w:rPr>
              <w:t xml:space="preserve">TOTAL </w:t>
            </w:r>
            <w:r w:rsidR="00F6570E" w:rsidRPr="00011564">
              <w:rPr>
                <w:rFonts w:ascii="Source Sans Pro" w:hAnsi="Source Sans Pro"/>
                <w:b/>
                <w:bCs/>
                <w:lang w:val="en-US"/>
              </w:rPr>
              <w:t xml:space="preserve">ECTS </w:t>
            </w:r>
            <w:r w:rsidR="00D45D4B" w:rsidRPr="00011564">
              <w:rPr>
                <w:rFonts w:ascii="Source Sans Pro" w:hAnsi="Source Sans Pro"/>
                <w:b/>
                <w:bCs/>
                <w:lang w:val="en-US"/>
              </w:rPr>
              <w:t>CREDITS TO BE AWARDED:</w:t>
            </w:r>
            <w:r w:rsidR="00EF3362" w:rsidRPr="00011564">
              <w:rPr>
                <w:rFonts w:ascii="Source Sans Pro" w:hAnsi="Source Sans Pro"/>
                <w:b/>
                <w:bCs/>
                <w:lang w:val="en-US"/>
              </w:rPr>
              <w:t xml:space="preserve"> </w:t>
            </w:r>
          </w:p>
        </w:tc>
        <w:tc>
          <w:tcPr>
            <w:tcW w:w="5239" w:type="dxa"/>
            <w:vAlign w:val="center"/>
          </w:tcPr>
          <w:p w14:paraId="5DABAB19" w14:textId="77777777" w:rsidR="00F6570E" w:rsidRPr="00011564" w:rsidRDefault="00F6570E" w:rsidP="00FA69E0">
            <w:pPr>
              <w:spacing w:before="120"/>
              <w:rPr>
                <w:rFonts w:ascii="Source Sans Pro" w:hAnsi="Source Sans Pro"/>
                <w:b/>
                <w:bCs/>
                <w:lang w:val="en-US"/>
              </w:rPr>
            </w:pPr>
          </w:p>
        </w:tc>
      </w:tr>
    </w:tbl>
    <w:p w14:paraId="7F1B62DC" w14:textId="00FE43A9" w:rsidR="005573E2" w:rsidRPr="00011564" w:rsidRDefault="005573E2" w:rsidP="005573E2">
      <w:pPr>
        <w:rPr>
          <w:rStyle w:val="Fett"/>
          <w:rFonts w:ascii="Source Sans Pro" w:hAnsi="Source Sans Pro"/>
          <w:b w:val="0"/>
          <w:bCs w:val="0"/>
          <w:i/>
          <w:iCs/>
          <w:lang w:val="en-US"/>
        </w:rPr>
      </w:pPr>
    </w:p>
    <w:p w14:paraId="35764E83" w14:textId="5BBA4B28" w:rsidR="00265F1D" w:rsidRDefault="00265F1D" w:rsidP="005573E2">
      <w:pPr>
        <w:rPr>
          <w:rStyle w:val="Fett"/>
          <w:rFonts w:ascii="Source Sans Pro" w:hAnsi="Source Sans Pro"/>
          <w:b w:val="0"/>
          <w:bCs w:val="0"/>
          <w:i/>
          <w:iCs/>
          <w:lang w:val="en-US"/>
        </w:rPr>
      </w:pPr>
    </w:p>
    <w:p w14:paraId="14E22BC1" w14:textId="43B54602" w:rsidR="00A21C54" w:rsidRDefault="00A21C54" w:rsidP="005573E2">
      <w:pPr>
        <w:rPr>
          <w:rStyle w:val="Fett"/>
          <w:rFonts w:ascii="Source Sans Pro" w:hAnsi="Source Sans Pro"/>
          <w:b w:val="0"/>
          <w:bCs w:val="0"/>
          <w:i/>
          <w:iCs/>
          <w:lang w:val="en-US"/>
        </w:rPr>
      </w:pPr>
    </w:p>
    <w:p w14:paraId="1C4B8BBA" w14:textId="193C1F9C" w:rsidR="00A21C54" w:rsidRDefault="00A21C54" w:rsidP="005573E2">
      <w:pPr>
        <w:rPr>
          <w:rStyle w:val="Fett"/>
          <w:rFonts w:ascii="Source Sans Pro" w:hAnsi="Source Sans Pro"/>
          <w:b w:val="0"/>
          <w:bCs w:val="0"/>
          <w:i/>
          <w:iCs/>
          <w:lang w:val="en-US"/>
        </w:rPr>
      </w:pPr>
    </w:p>
    <w:p w14:paraId="329570A0" w14:textId="77777777" w:rsidR="00A21C54" w:rsidRPr="00011564" w:rsidRDefault="00A21C54" w:rsidP="005573E2">
      <w:pPr>
        <w:rPr>
          <w:rStyle w:val="Fett"/>
          <w:rFonts w:ascii="Source Sans Pro" w:hAnsi="Source Sans Pro"/>
          <w:b w:val="0"/>
          <w:bCs w:val="0"/>
          <w:i/>
          <w:iCs/>
          <w:lang w:val="en-US"/>
        </w:rPr>
      </w:pPr>
    </w:p>
    <w:p w14:paraId="46D7D66D" w14:textId="154B0F81" w:rsidR="005573E2" w:rsidRPr="00011564" w:rsidRDefault="005573E2" w:rsidP="00F63467">
      <w:pPr>
        <w:pBdr>
          <w:left w:val="single" w:sz="4" w:space="4" w:color="auto"/>
        </w:pBdr>
        <w:spacing w:after="0"/>
        <w:rPr>
          <w:rStyle w:val="Fett"/>
          <w:rFonts w:ascii="Source Sans Pro" w:hAnsi="Source Sans Pro"/>
          <w:i/>
          <w:iCs/>
          <w:color w:val="808080" w:themeColor="background1" w:themeShade="80"/>
          <w:lang w:val="en-US"/>
        </w:rPr>
      </w:pPr>
      <w:r w:rsidRPr="00011564">
        <w:rPr>
          <w:rStyle w:val="Fett"/>
          <w:rFonts w:ascii="Source Sans Pro" w:hAnsi="Source Sans Pro"/>
          <w:i/>
          <w:iCs/>
          <w:color w:val="808080" w:themeColor="background1" w:themeShade="80"/>
          <w:lang w:val="en-US"/>
        </w:rPr>
        <w:t>Note</w:t>
      </w:r>
      <w:r w:rsidRPr="00011564">
        <w:rPr>
          <w:rStyle w:val="Fett"/>
          <w:rFonts w:ascii="Source Sans Pro" w:hAnsi="Source Sans Pro"/>
          <w:b w:val="0"/>
          <w:bCs w:val="0"/>
          <w:i/>
          <w:iCs/>
          <w:color w:val="808080" w:themeColor="background1" w:themeShade="80"/>
          <w:lang w:val="en-US"/>
        </w:rPr>
        <w:t xml:space="preserve">: If more than three academic activities are planned, please duplicate this section and attach the additional page(s) </w:t>
      </w:r>
      <w:r w:rsidRPr="00011564">
        <w:rPr>
          <w:rStyle w:val="Fett"/>
          <w:rFonts w:ascii="Source Sans Pro" w:hAnsi="Source Sans Pro"/>
          <w:i/>
          <w:iCs/>
          <w:color w:val="808080" w:themeColor="background1" w:themeShade="80"/>
          <w:lang w:val="en-US"/>
        </w:rPr>
        <w:t>to this Learning Agreement.</w:t>
      </w:r>
    </w:p>
    <w:p w14:paraId="7B9E8E4B" w14:textId="0CC5C990" w:rsidR="00F63467" w:rsidRPr="00011564" w:rsidRDefault="00F63467" w:rsidP="00F63467">
      <w:pPr>
        <w:spacing w:after="0"/>
        <w:rPr>
          <w:rStyle w:val="Fett"/>
          <w:rFonts w:ascii="Source Sans Pro" w:hAnsi="Source Sans Pro"/>
          <w:b w:val="0"/>
          <w:bCs w:val="0"/>
          <w:i/>
          <w:iCs/>
          <w:color w:val="808080" w:themeColor="background1" w:themeShade="80"/>
          <w:lang w:val="en-US"/>
        </w:rPr>
      </w:pPr>
    </w:p>
    <w:p w14:paraId="1AD24599" w14:textId="0FC4BF79" w:rsidR="00F63467" w:rsidRPr="00011564" w:rsidRDefault="00F63467">
      <w:pPr>
        <w:rPr>
          <w:rStyle w:val="Fett"/>
          <w:rFonts w:ascii="Source Sans Pro" w:hAnsi="Source Sans Pro"/>
          <w:b w:val="0"/>
          <w:bCs w:val="0"/>
          <w:i/>
          <w:iCs/>
          <w:color w:val="808080" w:themeColor="background1" w:themeShade="80"/>
          <w:lang w:val="en-US"/>
        </w:rPr>
      </w:pPr>
      <w:r w:rsidRPr="00011564">
        <w:rPr>
          <w:rStyle w:val="Fett"/>
          <w:rFonts w:ascii="Source Sans Pro" w:hAnsi="Source Sans Pro"/>
          <w:b w:val="0"/>
          <w:bCs w:val="0"/>
          <w:i/>
          <w:iCs/>
          <w:color w:val="808080" w:themeColor="background1" w:themeShade="80"/>
          <w:lang w:val="en-US"/>
        </w:rPr>
        <w:br w:type="page"/>
      </w:r>
    </w:p>
    <w:p w14:paraId="7FCB8A75" w14:textId="68B019BA" w:rsidR="003D42A8" w:rsidRPr="00011564" w:rsidRDefault="00B166A0" w:rsidP="007076DD">
      <w:pPr>
        <w:pStyle w:val="berschrift2"/>
      </w:pPr>
      <w:r w:rsidRPr="00011564">
        <w:lastRenderedPageBreak/>
        <w:t>COMMITMENT</w:t>
      </w:r>
      <w:r w:rsidR="00BE66A0" w:rsidRPr="00011564">
        <w:t xml:space="preserve"> OF THE THREE PARTIES</w:t>
      </w:r>
    </w:p>
    <w:p w14:paraId="1F8C342D" w14:textId="5BDD9AD4" w:rsidR="00B166A0" w:rsidRPr="00EE4265" w:rsidRDefault="00B166A0">
      <w:pPr>
        <w:rPr>
          <w:rFonts w:ascii="Source Sans Pro" w:eastAsia="Times New Roman" w:hAnsi="Source Sans Pro" w:cs="Times New Roman"/>
          <w:bCs/>
          <w:color w:val="000000"/>
          <w:sz w:val="20"/>
          <w:lang w:val="en-US" w:eastAsia="en-GB"/>
        </w:rPr>
      </w:pPr>
      <w:r w:rsidRPr="00EE4265">
        <w:rPr>
          <w:rFonts w:ascii="Source Sans Pro" w:eastAsia="Times New Roman" w:hAnsi="Source Sans Pro" w:cs="Times New Roman"/>
          <w:bCs/>
          <w:color w:val="000000"/>
          <w:sz w:val="20"/>
          <w:lang w:val="en-US" w:eastAsia="en-GB"/>
        </w:rPr>
        <w:t>By signing</w:t>
      </w:r>
      <w:r w:rsidRPr="00EE4265">
        <w:rPr>
          <w:rFonts w:ascii="Source Sans Pro" w:eastAsia="Times New Roman" w:hAnsi="Source Sans Pro" w:cs="Times New Roman"/>
          <w:bCs/>
          <w:color w:val="000000"/>
          <w:sz w:val="20"/>
          <w:szCs w:val="32"/>
          <w:lang w:val="en-US" w:eastAsia="en-GB"/>
        </w:rPr>
        <w:t xml:space="preserve"> </w:t>
      </w:r>
      <w:r w:rsidRPr="00EE4265">
        <w:rPr>
          <w:rFonts w:ascii="Source Sans Pro" w:eastAsia="Times New Roman" w:hAnsi="Source Sans Pro" w:cs="Times New Roman"/>
          <w:bCs/>
          <w:color w:val="000000"/>
          <w:sz w:val="20"/>
          <w:lang w:val="en-US" w:eastAsia="en-GB"/>
        </w:rPr>
        <w:t xml:space="preserve">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w:t>
      </w:r>
      <w:r w:rsidR="00551F63" w:rsidRPr="00EE4265">
        <w:rPr>
          <w:rFonts w:ascii="Source Sans Pro" w:eastAsia="Times New Roman" w:hAnsi="Source Sans Pro" w:cs="Times New Roman"/>
          <w:bCs/>
          <w:color w:val="000000"/>
          <w:sz w:val="20"/>
          <w:lang w:val="en-US" w:eastAsia="en-GB"/>
        </w:rPr>
        <w:t>Organization</w:t>
      </w:r>
      <w:r w:rsidRPr="00EE4265">
        <w:rPr>
          <w:rFonts w:ascii="Source Sans Pro" w:eastAsia="Times New Roman" w:hAnsi="Source Sans Pro" w:cs="Times New Roman"/>
          <w:bCs/>
          <w:color w:val="000000"/>
          <w:sz w:val="20"/>
          <w:lang w:val="en-US" w:eastAsia="en-GB"/>
        </w:rPr>
        <w:t xml:space="preserve">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w:t>
      </w:r>
      <w:r w:rsidR="00551F63" w:rsidRPr="00EE4265">
        <w:rPr>
          <w:rFonts w:ascii="Source Sans Pro" w:eastAsia="Times New Roman" w:hAnsi="Source Sans Pro" w:cs="Times New Roman"/>
          <w:bCs/>
          <w:color w:val="000000"/>
          <w:sz w:val="20"/>
          <w:lang w:val="en-US" w:eastAsia="en-GB"/>
        </w:rPr>
        <w:t>recognize</w:t>
      </w:r>
      <w:r w:rsidRPr="00EE4265">
        <w:rPr>
          <w:rFonts w:ascii="Source Sans Pro" w:eastAsia="Times New Roman" w:hAnsi="Source Sans Pro" w:cs="Times New Roman"/>
          <w:bCs/>
          <w:color w:val="000000"/>
          <w:sz w:val="20"/>
          <w:lang w:val="en-US" w:eastAsia="en-GB"/>
        </w:rPr>
        <w:t xml:space="preserv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w:t>
      </w:r>
      <w:proofErr w:type="spellStart"/>
      <w:r w:rsidRPr="00EE4265">
        <w:rPr>
          <w:rFonts w:ascii="Source Sans Pro" w:eastAsia="Times New Roman" w:hAnsi="Source Sans Pro" w:cs="Times New Roman"/>
          <w:bCs/>
          <w:color w:val="000000"/>
          <w:sz w:val="20"/>
          <w:lang w:val="en-US" w:eastAsia="en-GB"/>
        </w:rPr>
        <w:t>programme</w:t>
      </w:r>
      <w:proofErr w:type="spellEnd"/>
      <w:r w:rsidRPr="00EE4265">
        <w:rPr>
          <w:rFonts w:ascii="Source Sans Pro" w:eastAsia="Times New Roman" w:hAnsi="Source Sans Pro" w:cs="Times New Roman"/>
          <w:bCs/>
          <w:color w:val="000000"/>
          <w:sz w:val="20"/>
          <w:lang w:val="en-US" w:eastAsia="en-GB"/>
        </w:rPr>
        <w:t>, responsible persons and/or study period.</w:t>
      </w:r>
    </w:p>
    <w:p w14:paraId="35DEBD57" w14:textId="0E2BE1F0" w:rsidR="004D0179" w:rsidRPr="00011564" w:rsidRDefault="004D0179" w:rsidP="00D37101">
      <w:pPr>
        <w:pStyle w:val="berschrift4"/>
        <w:rPr>
          <w:sz w:val="40"/>
          <w:szCs w:val="40"/>
        </w:rPr>
      </w:pPr>
      <w:r w:rsidRPr="00011564">
        <w:rPr>
          <w:lang w:eastAsia="en-GB"/>
        </w:rPr>
        <w:t>Student</w:t>
      </w:r>
    </w:p>
    <w:tbl>
      <w:tblPr>
        <w:tblStyle w:val="Tabellenraster"/>
        <w:tblW w:w="0" w:type="auto"/>
        <w:jc w:val="center"/>
        <w:tblLook w:val="04A0" w:firstRow="1" w:lastRow="0" w:firstColumn="1" w:lastColumn="0" w:noHBand="0" w:noVBand="1"/>
      </w:tblPr>
      <w:tblGrid>
        <w:gridCol w:w="1984"/>
        <w:gridCol w:w="7366"/>
      </w:tblGrid>
      <w:tr w:rsidR="004D0179" w:rsidRPr="00011564" w14:paraId="09E8D2D1" w14:textId="77777777" w:rsidTr="004D0179">
        <w:trPr>
          <w:jc w:val="center"/>
        </w:trPr>
        <w:tc>
          <w:tcPr>
            <w:tcW w:w="1984" w:type="dxa"/>
            <w:shd w:val="clear" w:color="auto" w:fill="D9D9D9" w:themeFill="background1" w:themeFillShade="D9"/>
          </w:tcPr>
          <w:p w14:paraId="4D8AD581" w14:textId="02CC1834" w:rsidR="004D0179" w:rsidRPr="00011564" w:rsidRDefault="004D0179">
            <w:pPr>
              <w:rPr>
                <w:rFonts w:ascii="Source Sans Pro" w:hAnsi="Source Sans Pro"/>
                <w:sz w:val="20"/>
                <w:szCs w:val="20"/>
                <w:lang w:val="en-US"/>
              </w:rPr>
            </w:pPr>
            <w:r w:rsidRPr="00011564">
              <w:rPr>
                <w:rFonts w:ascii="Source Sans Pro" w:hAnsi="Source Sans Pro"/>
                <w:sz w:val="20"/>
                <w:szCs w:val="20"/>
                <w:lang w:val="en-US"/>
              </w:rPr>
              <w:t>Name</w:t>
            </w:r>
            <w:r w:rsidR="0070553D" w:rsidRPr="00011564">
              <w:rPr>
                <w:rFonts w:ascii="Source Sans Pro" w:hAnsi="Source Sans Pro"/>
                <w:sz w:val="20"/>
                <w:szCs w:val="20"/>
                <w:lang w:val="en-US"/>
              </w:rPr>
              <w:t>:</w:t>
            </w:r>
          </w:p>
        </w:tc>
        <w:tc>
          <w:tcPr>
            <w:tcW w:w="7366" w:type="dxa"/>
          </w:tcPr>
          <w:p w14:paraId="622D9638" w14:textId="77777777" w:rsidR="004D0179" w:rsidRPr="00011564" w:rsidRDefault="004D0179">
            <w:pPr>
              <w:rPr>
                <w:rFonts w:ascii="Source Sans Pro" w:hAnsi="Source Sans Pro"/>
                <w:sz w:val="20"/>
                <w:szCs w:val="20"/>
                <w:lang w:val="en-US"/>
              </w:rPr>
            </w:pPr>
          </w:p>
        </w:tc>
      </w:tr>
      <w:tr w:rsidR="00801E74" w:rsidRPr="00011564" w14:paraId="51E448D9" w14:textId="77777777" w:rsidTr="004D0179">
        <w:trPr>
          <w:jc w:val="center"/>
        </w:trPr>
        <w:tc>
          <w:tcPr>
            <w:tcW w:w="1984" w:type="dxa"/>
            <w:shd w:val="clear" w:color="auto" w:fill="D9D9D9" w:themeFill="background1" w:themeFillShade="D9"/>
          </w:tcPr>
          <w:p w14:paraId="742D976C" w14:textId="6AC92AC0" w:rsidR="00801E74" w:rsidRPr="00011564" w:rsidRDefault="00801E74">
            <w:pPr>
              <w:rPr>
                <w:rFonts w:ascii="Source Sans Pro" w:hAnsi="Source Sans Pro"/>
                <w:sz w:val="20"/>
                <w:szCs w:val="20"/>
                <w:lang w:val="en-US"/>
              </w:rPr>
            </w:pPr>
            <w:r w:rsidRPr="00011564">
              <w:rPr>
                <w:rFonts w:ascii="Source Sans Pro" w:hAnsi="Source Sans Pro"/>
                <w:sz w:val="20"/>
                <w:szCs w:val="20"/>
                <w:lang w:val="en-US"/>
              </w:rPr>
              <w:t>Email</w:t>
            </w:r>
            <w:r w:rsidR="0070553D" w:rsidRPr="00011564">
              <w:rPr>
                <w:rFonts w:ascii="Source Sans Pro" w:hAnsi="Source Sans Pro"/>
                <w:sz w:val="20"/>
                <w:szCs w:val="20"/>
                <w:lang w:val="en-US"/>
              </w:rPr>
              <w:t>:</w:t>
            </w:r>
          </w:p>
        </w:tc>
        <w:tc>
          <w:tcPr>
            <w:tcW w:w="7366" w:type="dxa"/>
          </w:tcPr>
          <w:p w14:paraId="1417033F" w14:textId="77777777" w:rsidR="00801E74" w:rsidRPr="00011564" w:rsidRDefault="00801E74">
            <w:pPr>
              <w:rPr>
                <w:rFonts w:ascii="Source Sans Pro" w:hAnsi="Source Sans Pro"/>
                <w:sz w:val="20"/>
                <w:szCs w:val="20"/>
                <w:lang w:val="en-US"/>
              </w:rPr>
            </w:pPr>
          </w:p>
        </w:tc>
      </w:tr>
      <w:tr w:rsidR="00801E74" w:rsidRPr="00011564" w14:paraId="595270EA" w14:textId="77777777" w:rsidTr="004D0179">
        <w:trPr>
          <w:jc w:val="center"/>
        </w:trPr>
        <w:tc>
          <w:tcPr>
            <w:tcW w:w="1984" w:type="dxa"/>
            <w:shd w:val="clear" w:color="auto" w:fill="D9D9D9" w:themeFill="background1" w:themeFillShade="D9"/>
          </w:tcPr>
          <w:p w14:paraId="3DCB992E" w14:textId="4279F9DE" w:rsidR="00801E74" w:rsidRPr="00011564" w:rsidRDefault="004D0179">
            <w:pPr>
              <w:rPr>
                <w:rFonts w:ascii="Source Sans Pro" w:hAnsi="Source Sans Pro"/>
                <w:sz w:val="20"/>
                <w:szCs w:val="20"/>
                <w:lang w:val="en-US"/>
              </w:rPr>
            </w:pPr>
            <w:r w:rsidRPr="00011564">
              <w:rPr>
                <w:rFonts w:ascii="Source Sans Pro" w:hAnsi="Source Sans Pro"/>
                <w:sz w:val="20"/>
                <w:szCs w:val="20"/>
                <w:lang w:val="en-US"/>
              </w:rPr>
              <w:t xml:space="preserve">Study </w:t>
            </w:r>
            <w:proofErr w:type="spellStart"/>
            <w:r w:rsidRPr="00011564">
              <w:rPr>
                <w:rFonts w:ascii="Source Sans Pro" w:hAnsi="Source Sans Pro"/>
                <w:sz w:val="20"/>
                <w:szCs w:val="20"/>
                <w:lang w:val="en-US"/>
              </w:rPr>
              <w:t>Programme</w:t>
            </w:r>
            <w:proofErr w:type="spellEnd"/>
            <w:r w:rsidR="0070553D" w:rsidRPr="00011564">
              <w:rPr>
                <w:rFonts w:ascii="Source Sans Pro" w:hAnsi="Source Sans Pro"/>
                <w:sz w:val="20"/>
                <w:szCs w:val="20"/>
                <w:lang w:val="en-US"/>
              </w:rPr>
              <w:t>:</w:t>
            </w:r>
          </w:p>
        </w:tc>
        <w:tc>
          <w:tcPr>
            <w:tcW w:w="7366" w:type="dxa"/>
          </w:tcPr>
          <w:p w14:paraId="46C04636" w14:textId="77777777" w:rsidR="00801E74" w:rsidRPr="00011564" w:rsidRDefault="00801E74">
            <w:pPr>
              <w:rPr>
                <w:rFonts w:ascii="Source Sans Pro" w:hAnsi="Source Sans Pro"/>
                <w:sz w:val="20"/>
                <w:szCs w:val="20"/>
                <w:lang w:val="en-US"/>
              </w:rPr>
            </w:pPr>
          </w:p>
        </w:tc>
      </w:tr>
      <w:tr w:rsidR="00801E74" w:rsidRPr="00011564" w14:paraId="19408022" w14:textId="77777777" w:rsidTr="004D0179">
        <w:trPr>
          <w:jc w:val="center"/>
        </w:trPr>
        <w:tc>
          <w:tcPr>
            <w:tcW w:w="1984" w:type="dxa"/>
            <w:shd w:val="clear" w:color="auto" w:fill="D9D9D9" w:themeFill="background1" w:themeFillShade="D9"/>
          </w:tcPr>
          <w:p w14:paraId="4AC29F0B" w14:textId="5C739CA1" w:rsidR="00801E74" w:rsidRPr="00011564" w:rsidRDefault="00801E74">
            <w:pPr>
              <w:rPr>
                <w:rFonts w:ascii="Source Sans Pro" w:hAnsi="Source Sans Pro"/>
                <w:sz w:val="20"/>
                <w:szCs w:val="20"/>
                <w:lang w:val="en-US"/>
              </w:rPr>
            </w:pPr>
            <w:r w:rsidRPr="00011564">
              <w:rPr>
                <w:rFonts w:ascii="Source Sans Pro" w:hAnsi="Source Sans Pro"/>
                <w:sz w:val="20"/>
                <w:szCs w:val="20"/>
                <w:lang w:val="en-US"/>
              </w:rPr>
              <w:t>Date</w:t>
            </w:r>
            <w:r w:rsidR="0070553D" w:rsidRPr="00011564">
              <w:rPr>
                <w:rFonts w:ascii="Source Sans Pro" w:hAnsi="Source Sans Pro"/>
                <w:sz w:val="20"/>
                <w:szCs w:val="20"/>
                <w:lang w:val="en-US"/>
              </w:rPr>
              <w:t>:</w:t>
            </w:r>
          </w:p>
        </w:tc>
        <w:tc>
          <w:tcPr>
            <w:tcW w:w="7366" w:type="dxa"/>
          </w:tcPr>
          <w:p w14:paraId="275C4143" w14:textId="77777777" w:rsidR="00801E74" w:rsidRPr="00011564" w:rsidRDefault="00801E74">
            <w:pPr>
              <w:rPr>
                <w:rFonts w:ascii="Source Sans Pro" w:hAnsi="Source Sans Pro"/>
                <w:sz w:val="20"/>
                <w:szCs w:val="20"/>
                <w:lang w:val="en-US"/>
              </w:rPr>
            </w:pPr>
          </w:p>
        </w:tc>
      </w:tr>
      <w:tr w:rsidR="004D0179" w:rsidRPr="00011564" w14:paraId="1E2A547B" w14:textId="77777777" w:rsidTr="004D0179">
        <w:trPr>
          <w:jc w:val="center"/>
        </w:trPr>
        <w:tc>
          <w:tcPr>
            <w:tcW w:w="9350" w:type="dxa"/>
            <w:gridSpan w:val="2"/>
            <w:shd w:val="clear" w:color="auto" w:fill="D9D9D9" w:themeFill="background1" w:themeFillShade="D9"/>
          </w:tcPr>
          <w:p w14:paraId="319AE405" w14:textId="034579BB" w:rsidR="004D0179" w:rsidRPr="00011564" w:rsidRDefault="004D0179" w:rsidP="006505C0">
            <w:pPr>
              <w:jc w:val="center"/>
              <w:rPr>
                <w:rFonts w:ascii="Source Sans Pro" w:hAnsi="Source Sans Pro"/>
                <w:sz w:val="20"/>
                <w:szCs w:val="20"/>
                <w:lang w:val="en-US"/>
              </w:rPr>
            </w:pPr>
            <w:r w:rsidRPr="00011564">
              <w:rPr>
                <w:rFonts w:ascii="Source Sans Pro" w:hAnsi="Source Sans Pro"/>
                <w:sz w:val="20"/>
                <w:szCs w:val="20"/>
                <w:lang w:val="en-US"/>
              </w:rPr>
              <w:t>Signature (Handwritten or Digital)</w:t>
            </w:r>
          </w:p>
        </w:tc>
      </w:tr>
      <w:tr w:rsidR="004D0179" w:rsidRPr="00011564" w14:paraId="1D23090D" w14:textId="77777777" w:rsidTr="00C113D1">
        <w:trPr>
          <w:jc w:val="center"/>
        </w:trPr>
        <w:tc>
          <w:tcPr>
            <w:tcW w:w="9350" w:type="dxa"/>
            <w:gridSpan w:val="2"/>
          </w:tcPr>
          <w:p w14:paraId="258417BD" w14:textId="77777777" w:rsidR="004D0179" w:rsidRPr="00011564" w:rsidRDefault="004D0179">
            <w:pPr>
              <w:rPr>
                <w:rFonts w:ascii="Source Sans Pro" w:hAnsi="Source Sans Pro"/>
                <w:sz w:val="20"/>
                <w:szCs w:val="20"/>
                <w:lang w:val="en-US"/>
              </w:rPr>
            </w:pPr>
          </w:p>
          <w:p w14:paraId="334EE4B9" w14:textId="77777777" w:rsidR="004D0179" w:rsidRPr="00011564" w:rsidRDefault="004D0179">
            <w:pPr>
              <w:rPr>
                <w:rFonts w:ascii="Source Sans Pro" w:hAnsi="Source Sans Pro"/>
                <w:sz w:val="20"/>
                <w:szCs w:val="20"/>
                <w:lang w:val="en-US"/>
              </w:rPr>
            </w:pPr>
          </w:p>
          <w:p w14:paraId="20AF76DF" w14:textId="77777777" w:rsidR="004D0179" w:rsidRPr="00011564" w:rsidRDefault="004D0179">
            <w:pPr>
              <w:rPr>
                <w:rFonts w:ascii="Source Sans Pro" w:hAnsi="Source Sans Pro"/>
                <w:sz w:val="20"/>
                <w:szCs w:val="20"/>
                <w:lang w:val="en-US"/>
              </w:rPr>
            </w:pPr>
          </w:p>
          <w:p w14:paraId="68FBC0DF" w14:textId="74A95F07" w:rsidR="004D0179" w:rsidRPr="00011564" w:rsidRDefault="004D0179">
            <w:pPr>
              <w:rPr>
                <w:rFonts w:ascii="Source Sans Pro" w:hAnsi="Source Sans Pro"/>
                <w:sz w:val="20"/>
                <w:szCs w:val="20"/>
                <w:lang w:val="en-US"/>
              </w:rPr>
            </w:pPr>
          </w:p>
        </w:tc>
      </w:tr>
    </w:tbl>
    <w:p w14:paraId="0FC7658E" w14:textId="77777777" w:rsidR="00470D7B" w:rsidRPr="00011564" w:rsidRDefault="00470D7B" w:rsidP="00D37101">
      <w:pPr>
        <w:pStyle w:val="berschrift4"/>
      </w:pPr>
      <w:r w:rsidRPr="00011564">
        <w:t>Responsible Person at the Sending Institution</w:t>
      </w:r>
    </w:p>
    <w:tbl>
      <w:tblPr>
        <w:tblStyle w:val="Tabellenraster"/>
        <w:tblW w:w="0" w:type="auto"/>
        <w:jc w:val="center"/>
        <w:tblLook w:val="04A0" w:firstRow="1" w:lastRow="0" w:firstColumn="1" w:lastColumn="0" w:noHBand="0" w:noVBand="1"/>
      </w:tblPr>
      <w:tblGrid>
        <w:gridCol w:w="1129"/>
        <w:gridCol w:w="8221"/>
      </w:tblGrid>
      <w:tr w:rsidR="00470D7B" w:rsidRPr="00011564" w14:paraId="336E2496" w14:textId="77777777" w:rsidTr="000E4F1C">
        <w:trPr>
          <w:jc w:val="center"/>
        </w:trPr>
        <w:tc>
          <w:tcPr>
            <w:tcW w:w="1129" w:type="dxa"/>
            <w:shd w:val="clear" w:color="auto" w:fill="D9D9D9" w:themeFill="background1" w:themeFillShade="D9"/>
          </w:tcPr>
          <w:p w14:paraId="3361B0A0" w14:textId="5A4CA44E" w:rsidR="00470D7B" w:rsidRPr="00011564" w:rsidRDefault="00470D7B" w:rsidP="00B767A6">
            <w:pPr>
              <w:rPr>
                <w:rFonts w:ascii="Source Sans Pro" w:hAnsi="Source Sans Pro"/>
                <w:sz w:val="20"/>
                <w:szCs w:val="20"/>
                <w:lang w:val="en-US"/>
              </w:rPr>
            </w:pPr>
            <w:r w:rsidRPr="00011564">
              <w:rPr>
                <w:rFonts w:ascii="Source Sans Pro" w:hAnsi="Source Sans Pro"/>
                <w:sz w:val="20"/>
                <w:szCs w:val="20"/>
                <w:lang w:val="en-US"/>
              </w:rPr>
              <w:t>Name</w:t>
            </w:r>
            <w:r w:rsidR="0070553D" w:rsidRPr="00011564">
              <w:rPr>
                <w:rFonts w:ascii="Source Sans Pro" w:hAnsi="Source Sans Pro"/>
                <w:sz w:val="20"/>
                <w:szCs w:val="20"/>
                <w:lang w:val="en-US"/>
              </w:rPr>
              <w:t>:</w:t>
            </w:r>
          </w:p>
        </w:tc>
        <w:tc>
          <w:tcPr>
            <w:tcW w:w="8221" w:type="dxa"/>
          </w:tcPr>
          <w:p w14:paraId="45C1B5F4" w14:textId="77777777" w:rsidR="00470D7B" w:rsidRPr="00011564" w:rsidRDefault="00470D7B" w:rsidP="00B767A6">
            <w:pPr>
              <w:rPr>
                <w:rFonts w:ascii="Source Sans Pro" w:hAnsi="Source Sans Pro"/>
                <w:sz w:val="20"/>
                <w:szCs w:val="20"/>
                <w:lang w:val="en-US"/>
              </w:rPr>
            </w:pPr>
          </w:p>
        </w:tc>
      </w:tr>
      <w:tr w:rsidR="00470D7B" w:rsidRPr="00011564" w14:paraId="54405A59" w14:textId="77777777" w:rsidTr="000E4F1C">
        <w:trPr>
          <w:jc w:val="center"/>
        </w:trPr>
        <w:tc>
          <w:tcPr>
            <w:tcW w:w="1129" w:type="dxa"/>
            <w:shd w:val="clear" w:color="auto" w:fill="D9D9D9" w:themeFill="background1" w:themeFillShade="D9"/>
          </w:tcPr>
          <w:p w14:paraId="237E6B41" w14:textId="494819AE" w:rsidR="00470D7B" w:rsidRPr="00011564" w:rsidRDefault="00470D7B" w:rsidP="00B767A6">
            <w:pPr>
              <w:rPr>
                <w:rFonts w:ascii="Source Sans Pro" w:hAnsi="Source Sans Pro"/>
                <w:sz w:val="20"/>
                <w:szCs w:val="20"/>
                <w:lang w:val="en-US"/>
              </w:rPr>
            </w:pPr>
            <w:r w:rsidRPr="00011564">
              <w:rPr>
                <w:rFonts w:ascii="Source Sans Pro" w:hAnsi="Source Sans Pro"/>
                <w:sz w:val="20"/>
                <w:szCs w:val="20"/>
                <w:lang w:val="en-US"/>
              </w:rPr>
              <w:t>Email</w:t>
            </w:r>
            <w:r w:rsidR="0070553D" w:rsidRPr="00011564">
              <w:rPr>
                <w:rFonts w:ascii="Source Sans Pro" w:hAnsi="Source Sans Pro"/>
                <w:sz w:val="20"/>
                <w:szCs w:val="20"/>
                <w:lang w:val="en-US"/>
              </w:rPr>
              <w:t>:</w:t>
            </w:r>
          </w:p>
        </w:tc>
        <w:tc>
          <w:tcPr>
            <w:tcW w:w="8221" w:type="dxa"/>
          </w:tcPr>
          <w:p w14:paraId="43E57182" w14:textId="77777777" w:rsidR="00470D7B" w:rsidRPr="00011564" w:rsidRDefault="00470D7B" w:rsidP="00B767A6">
            <w:pPr>
              <w:rPr>
                <w:rFonts w:ascii="Source Sans Pro" w:hAnsi="Source Sans Pro"/>
                <w:sz w:val="20"/>
                <w:szCs w:val="20"/>
                <w:lang w:val="en-US"/>
              </w:rPr>
            </w:pPr>
          </w:p>
        </w:tc>
      </w:tr>
      <w:tr w:rsidR="00470D7B" w:rsidRPr="00011564" w14:paraId="145B290D" w14:textId="77777777" w:rsidTr="000E4F1C">
        <w:trPr>
          <w:jc w:val="center"/>
        </w:trPr>
        <w:tc>
          <w:tcPr>
            <w:tcW w:w="1129" w:type="dxa"/>
            <w:shd w:val="clear" w:color="auto" w:fill="D9D9D9" w:themeFill="background1" w:themeFillShade="D9"/>
          </w:tcPr>
          <w:p w14:paraId="43D6E52B" w14:textId="6E0DFDC7" w:rsidR="00470D7B" w:rsidRPr="00011564" w:rsidRDefault="00470D7B" w:rsidP="00B767A6">
            <w:pPr>
              <w:rPr>
                <w:rFonts w:ascii="Source Sans Pro" w:hAnsi="Source Sans Pro"/>
                <w:sz w:val="20"/>
                <w:szCs w:val="20"/>
                <w:lang w:val="en-US"/>
              </w:rPr>
            </w:pPr>
            <w:r w:rsidRPr="00011564">
              <w:rPr>
                <w:rFonts w:ascii="Source Sans Pro" w:hAnsi="Source Sans Pro"/>
                <w:sz w:val="20"/>
                <w:szCs w:val="20"/>
                <w:lang w:val="en-US"/>
              </w:rPr>
              <w:t>Position</w:t>
            </w:r>
            <w:r w:rsidR="0070553D" w:rsidRPr="00011564">
              <w:rPr>
                <w:rFonts w:ascii="Source Sans Pro" w:hAnsi="Source Sans Pro"/>
                <w:sz w:val="20"/>
                <w:szCs w:val="20"/>
                <w:lang w:val="en-US"/>
              </w:rPr>
              <w:t>:</w:t>
            </w:r>
          </w:p>
        </w:tc>
        <w:tc>
          <w:tcPr>
            <w:tcW w:w="8221" w:type="dxa"/>
          </w:tcPr>
          <w:p w14:paraId="26227E7C" w14:textId="77777777" w:rsidR="00470D7B" w:rsidRPr="00011564" w:rsidRDefault="00470D7B" w:rsidP="00B767A6">
            <w:pPr>
              <w:rPr>
                <w:rFonts w:ascii="Source Sans Pro" w:hAnsi="Source Sans Pro"/>
                <w:sz w:val="20"/>
                <w:szCs w:val="20"/>
                <w:lang w:val="en-US"/>
              </w:rPr>
            </w:pPr>
          </w:p>
        </w:tc>
      </w:tr>
      <w:tr w:rsidR="00470D7B" w:rsidRPr="00011564" w14:paraId="2F461BFF" w14:textId="77777777" w:rsidTr="000E4F1C">
        <w:trPr>
          <w:jc w:val="center"/>
        </w:trPr>
        <w:tc>
          <w:tcPr>
            <w:tcW w:w="1129" w:type="dxa"/>
            <w:shd w:val="clear" w:color="auto" w:fill="D9D9D9" w:themeFill="background1" w:themeFillShade="D9"/>
          </w:tcPr>
          <w:p w14:paraId="08428E93" w14:textId="29CDA5C5" w:rsidR="00470D7B" w:rsidRPr="00011564" w:rsidRDefault="00470D7B" w:rsidP="00B767A6">
            <w:pPr>
              <w:rPr>
                <w:rFonts w:ascii="Source Sans Pro" w:hAnsi="Source Sans Pro"/>
                <w:sz w:val="20"/>
                <w:szCs w:val="20"/>
                <w:lang w:val="en-US"/>
              </w:rPr>
            </w:pPr>
            <w:r w:rsidRPr="00011564">
              <w:rPr>
                <w:rFonts w:ascii="Source Sans Pro" w:hAnsi="Source Sans Pro"/>
                <w:sz w:val="20"/>
                <w:szCs w:val="20"/>
                <w:lang w:val="en-US"/>
              </w:rPr>
              <w:t>Date</w:t>
            </w:r>
            <w:r w:rsidR="0070553D" w:rsidRPr="00011564">
              <w:rPr>
                <w:rFonts w:ascii="Source Sans Pro" w:hAnsi="Source Sans Pro"/>
                <w:sz w:val="20"/>
                <w:szCs w:val="20"/>
                <w:lang w:val="en-US"/>
              </w:rPr>
              <w:t>:</w:t>
            </w:r>
          </w:p>
        </w:tc>
        <w:tc>
          <w:tcPr>
            <w:tcW w:w="8221" w:type="dxa"/>
          </w:tcPr>
          <w:p w14:paraId="7C644F60" w14:textId="77777777" w:rsidR="00470D7B" w:rsidRPr="00011564" w:rsidRDefault="00470D7B" w:rsidP="00B767A6">
            <w:pPr>
              <w:rPr>
                <w:rFonts w:ascii="Source Sans Pro" w:hAnsi="Source Sans Pro"/>
                <w:sz w:val="20"/>
                <w:szCs w:val="20"/>
                <w:lang w:val="en-US"/>
              </w:rPr>
            </w:pPr>
          </w:p>
        </w:tc>
      </w:tr>
      <w:tr w:rsidR="00470D7B" w:rsidRPr="00011564" w14:paraId="16D513AF" w14:textId="77777777" w:rsidTr="00B767A6">
        <w:trPr>
          <w:jc w:val="center"/>
        </w:trPr>
        <w:tc>
          <w:tcPr>
            <w:tcW w:w="9350" w:type="dxa"/>
            <w:gridSpan w:val="2"/>
            <w:shd w:val="clear" w:color="auto" w:fill="D9D9D9" w:themeFill="background1" w:themeFillShade="D9"/>
          </w:tcPr>
          <w:p w14:paraId="2FACE4DF" w14:textId="77777777" w:rsidR="00470D7B" w:rsidRPr="00011564" w:rsidRDefault="00470D7B" w:rsidP="006505C0">
            <w:pPr>
              <w:jc w:val="center"/>
              <w:rPr>
                <w:rFonts w:ascii="Source Sans Pro" w:hAnsi="Source Sans Pro"/>
                <w:sz w:val="20"/>
                <w:szCs w:val="20"/>
                <w:lang w:val="en-US"/>
              </w:rPr>
            </w:pPr>
            <w:r w:rsidRPr="00011564">
              <w:rPr>
                <w:rFonts w:ascii="Source Sans Pro" w:hAnsi="Source Sans Pro"/>
                <w:sz w:val="20"/>
                <w:szCs w:val="20"/>
                <w:lang w:val="en-US"/>
              </w:rPr>
              <w:t>Signature (Handwritten or Digital)</w:t>
            </w:r>
          </w:p>
        </w:tc>
      </w:tr>
      <w:tr w:rsidR="00470D7B" w:rsidRPr="00011564" w14:paraId="39800648" w14:textId="77777777" w:rsidTr="00B767A6">
        <w:trPr>
          <w:jc w:val="center"/>
        </w:trPr>
        <w:tc>
          <w:tcPr>
            <w:tcW w:w="9350" w:type="dxa"/>
            <w:gridSpan w:val="2"/>
          </w:tcPr>
          <w:p w14:paraId="0760DDCB" w14:textId="77777777" w:rsidR="00470D7B" w:rsidRPr="00011564" w:rsidRDefault="00470D7B" w:rsidP="00B767A6">
            <w:pPr>
              <w:rPr>
                <w:rFonts w:ascii="Source Sans Pro" w:hAnsi="Source Sans Pro"/>
                <w:sz w:val="20"/>
                <w:szCs w:val="20"/>
                <w:lang w:val="en-US"/>
              </w:rPr>
            </w:pPr>
          </w:p>
          <w:p w14:paraId="2A297795" w14:textId="77777777" w:rsidR="00470D7B" w:rsidRPr="00011564" w:rsidRDefault="00470D7B" w:rsidP="00B767A6">
            <w:pPr>
              <w:rPr>
                <w:rFonts w:ascii="Source Sans Pro" w:hAnsi="Source Sans Pro"/>
                <w:sz w:val="20"/>
                <w:szCs w:val="20"/>
                <w:lang w:val="en-US"/>
              </w:rPr>
            </w:pPr>
          </w:p>
          <w:p w14:paraId="13DD69DF" w14:textId="77777777" w:rsidR="00470D7B" w:rsidRPr="00011564" w:rsidRDefault="00470D7B" w:rsidP="00B767A6">
            <w:pPr>
              <w:rPr>
                <w:rFonts w:ascii="Source Sans Pro" w:hAnsi="Source Sans Pro"/>
                <w:sz w:val="20"/>
                <w:szCs w:val="20"/>
                <w:lang w:val="en-US"/>
              </w:rPr>
            </w:pPr>
          </w:p>
          <w:p w14:paraId="30334237" w14:textId="77777777" w:rsidR="00470D7B" w:rsidRPr="00011564" w:rsidRDefault="00470D7B" w:rsidP="00B767A6">
            <w:pPr>
              <w:rPr>
                <w:rFonts w:ascii="Source Sans Pro" w:hAnsi="Source Sans Pro"/>
                <w:sz w:val="20"/>
                <w:szCs w:val="20"/>
                <w:lang w:val="en-US"/>
              </w:rPr>
            </w:pPr>
          </w:p>
        </w:tc>
      </w:tr>
    </w:tbl>
    <w:p w14:paraId="244A7C7D" w14:textId="6F956E13" w:rsidR="00470D7B" w:rsidRPr="00011564" w:rsidRDefault="00470D7B" w:rsidP="00D37101">
      <w:pPr>
        <w:pStyle w:val="berschrift4"/>
      </w:pPr>
      <w:r w:rsidRPr="00011564">
        <w:t xml:space="preserve">Responsible Person at the Receiving Institution </w:t>
      </w:r>
    </w:p>
    <w:tbl>
      <w:tblPr>
        <w:tblStyle w:val="Tabellenraster"/>
        <w:tblW w:w="0" w:type="auto"/>
        <w:jc w:val="center"/>
        <w:tblLook w:val="04A0" w:firstRow="1" w:lastRow="0" w:firstColumn="1" w:lastColumn="0" w:noHBand="0" w:noVBand="1"/>
      </w:tblPr>
      <w:tblGrid>
        <w:gridCol w:w="1129"/>
        <w:gridCol w:w="8221"/>
      </w:tblGrid>
      <w:tr w:rsidR="00470D7B" w:rsidRPr="00011564" w14:paraId="4C326017" w14:textId="77777777" w:rsidTr="000E4F1C">
        <w:trPr>
          <w:jc w:val="center"/>
        </w:trPr>
        <w:tc>
          <w:tcPr>
            <w:tcW w:w="1129" w:type="dxa"/>
            <w:shd w:val="clear" w:color="auto" w:fill="D9D9D9" w:themeFill="background1" w:themeFillShade="D9"/>
          </w:tcPr>
          <w:p w14:paraId="58967F01" w14:textId="515D2E63" w:rsidR="00470D7B" w:rsidRPr="00011564" w:rsidRDefault="00470D7B" w:rsidP="00B767A6">
            <w:pPr>
              <w:rPr>
                <w:rFonts w:ascii="Source Sans Pro" w:hAnsi="Source Sans Pro"/>
                <w:sz w:val="20"/>
                <w:szCs w:val="20"/>
                <w:lang w:val="en-US"/>
              </w:rPr>
            </w:pPr>
            <w:r w:rsidRPr="00011564">
              <w:rPr>
                <w:rFonts w:ascii="Source Sans Pro" w:hAnsi="Source Sans Pro"/>
                <w:sz w:val="20"/>
                <w:szCs w:val="20"/>
                <w:lang w:val="en-US"/>
              </w:rPr>
              <w:t>Name</w:t>
            </w:r>
            <w:r w:rsidR="0070553D" w:rsidRPr="00011564">
              <w:rPr>
                <w:rFonts w:ascii="Source Sans Pro" w:hAnsi="Source Sans Pro"/>
                <w:sz w:val="20"/>
                <w:szCs w:val="20"/>
                <w:lang w:val="en-US"/>
              </w:rPr>
              <w:t>:</w:t>
            </w:r>
          </w:p>
        </w:tc>
        <w:tc>
          <w:tcPr>
            <w:tcW w:w="8221" w:type="dxa"/>
          </w:tcPr>
          <w:p w14:paraId="20934107" w14:textId="77777777" w:rsidR="00470D7B" w:rsidRPr="00011564" w:rsidRDefault="00470D7B" w:rsidP="00B767A6">
            <w:pPr>
              <w:rPr>
                <w:rFonts w:ascii="Source Sans Pro" w:hAnsi="Source Sans Pro"/>
                <w:sz w:val="20"/>
                <w:szCs w:val="20"/>
                <w:lang w:val="en-US"/>
              </w:rPr>
            </w:pPr>
          </w:p>
        </w:tc>
      </w:tr>
      <w:tr w:rsidR="00470D7B" w:rsidRPr="00011564" w14:paraId="1A2CCD04" w14:textId="77777777" w:rsidTr="000E4F1C">
        <w:trPr>
          <w:jc w:val="center"/>
        </w:trPr>
        <w:tc>
          <w:tcPr>
            <w:tcW w:w="1129" w:type="dxa"/>
            <w:shd w:val="clear" w:color="auto" w:fill="D9D9D9" w:themeFill="background1" w:themeFillShade="D9"/>
          </w:tcPr>
          <w:p w14:paraId="439D3530" w14:textId="7EC9722A" w:rsidR="00470D7B" w:rsidRPr="00011564" w:rsidRDefault="00470D7B" w:rsidP="00B767A6">
            <w:pPr>
              <w:rPr>
                <w:rFonts w:ascii="Source Sans Pro" w:hAnsi="Source Sans Pro"/>
                <w:sz w:val="20"/>
                <w:szCs w:val="20"/>
                <w:lang w:val="en-US"/>
              </w:rPr>
            </w:pPr>
            <w:r w:rsidRPr="00011564">
              <w:rPr>
                <w:rFonts w:ascii="Source Sans Pro" w:hAnsi="Source Sans Pro"/>
                <w:sz w:val="20"/>
                <w:szCs w:val="20"/>
                <w:lang w:val="en-US"/>
              </w:rPr>
              <w:t>Email</w:t>
            </w:r>
            <w:r w:rsidR="0070553D" w:rsidRPr="00011564">
              <w:rPr>
                <w:rFonts w:ascii="Source Sans Pro" w:hAnsi="Source Sans Pro"/>
                <w:sz w:val="20"/>
                <w:szCs w:val="20"/>
                <w:lang w:val="en-US"/>
              </w:rPr>
              <w:t>:</w:t>
            </w:r>
          </w:p>
        </w:tc>
        <w:tc>
          <w:tcPr>
            <w:tcW w:w="8221" w:type="dxa"/>
          </w:tcPr>
          <w:p w14:paraId="010E3C52" w14:textId="77777777" w:rsidR="00470D7B" w:rsidRPr="00011564" w:rsidRDefault="00470D7B" w:rsidP="00B767A6">
            <w:pPr>
              <w:rPr>
                <w:rFonts w:ascii="Source Sans Pro" w:hAnsi="Source Sans Pro"/>
                <w:sz w:val="20"/>
                <w:szCs w:val="20"/>
                <w:lang w:val="en-US"/>
              </w:rPr>
            </w:pPr>
          </w:p>
        </w:tc>
      </w:tr>
      <w:tr w:rsidR="00470D7B" w:rsidRPr="00011564" w14:paraId="0FF73041" w14:textId="77777777" w:rsidTr="000E4F1C">
        <w:trPr>
          <w:jc w:val="center"/>
        </w:trPr>
        <w:tc>
          <w:tcPr>
            <w:tcW w:w="1129" w:type="dxa"/>
            <w:shd w:val="clear" w:color="auto" w:fill="D9D9D9" w:themeFill="background1" w:themeFillShade="D9"/>
          </w:tcPr>
          <w:p w14:paraId="43C1C0E9" w14:textId="112DAC2C" w:rsidR="00470D7B" w:rsidRPr="00011564" w:rsidRDefault="00470D7B" w:rsidP="00B767A6">
            <w:pPr>
              <w:rPr>
                <w:rFonts w:ascii="Source Sans Pro" w:hAnsi="Source Sans Pro"/>
                <w:sz w:val="20"/>
                <w:szCs w:val="20"/>
                <w:lang w:val="en-US"/>
              </w:rPr>
            </w:pPr>
            <w:r w:rsidRPr="00011564">
              <w:rPr>
                <w:rFonts w:ascii="Source Sans Pro" w:hAnsi="Source Sans Pro"/>
                <w:sz w:val="20"/>
                <w:szCs w:val="20"/>
                <w:lang w:val="en-US"/>
              </w:rPr>
              <w:t>Position</w:t>
            </w:r>
            <w:r w:rsidR="0070553D" w:rsidRPr="00011564">
              <w:rPr>
                <w:rFonts w:ascii="Source Sans Pro" w:hAnsi="Source Sans Pro"/>
                <w:sz w:val="20"/>
                <w:szCs w:val="20"/>
                <w:lang w:val="en-US"/>
              </w:rPr>
              <w:t>:</w:t>
            </w:r>
          </w:p>
        </w:tc>
        <w:tc>
          <w:tcPr>
            <w:tcW w:w="8221" w:type="dxa"/>
          </w:tcPr>
          <w:p w14:paraId="7B12814C" w14:textId="77777777" w:rsidR="00470D7B" w:rsidRPr="00011564" w:rsidRDefault="00470D7B" w:rsidP="00B767A6">
            <w:pPr>
              <w:rPr>
                <w:rFonts w:ascii="Source Sans Pro" w:hAnsi="Source Sans Pro"/>
                <w:sz w:val="20"/>
                <w:szCs w:val="20"/>
                <w:lang w:val="en-US"/>
              </w:rPr>
            </w:pPr>
          </w:p>
        </w:tc>
      </w:tr>
      <w:tr w:rsidR="00470D7B" w:rsidRPr="00011564" w14:paraId="7FBF96A1" w14:textId="77777777" w:rsidTr="000E4F1C">
        <w:trPr>
          <w:jc w:val="center"/>
        </w:trPr>
        <w:tc>
          <w:tcPr>
            <w:tcW w:w="1129" w:type="dxa"/>
            <w:shd w:val="clear" w:color="auto" w:fill="D9D9D9" w:themeFill="background1" w:themeFillShade="D9"/>
          </w:tcPr>
          <w:p w14:paraId="1902F9F8" w14:textId="4F6787A7" w:rsidR="00470D7B" w:rsidRPr="00011564" w:rsidRDefault="00470D7B" w:rsidP="00B767A6">
            <w:pPr>
              <w:rPr>
                <w:rFonts w:ascii="Source Sans Pro" w:hAnsi="Source Sans Pro"/>
                <w:sz w:val="20"/>
                <w:szCs w:val="20"/>
                <w:lang w:val="en-US"/>
              </w:rPr>
            </w:pPr>
            <w:r w:rsidRPr="00011564">
              <w:rPr>
                <w:rFonts w:ascii="Source Sans Pro" w:hAnsi="Source Sans Pro"/>
                <w:sz w:val="20"/>
                <w:szCs w:val="20"/>
                <w:lang w:val="en-US"/>
              </w:rPr>
              <w:t>Date</w:t>
            </w:r>
            <w:r w:rsidR="0070553D" w:rsidRPr="00011564">
              <w:rPr>
                <w:rFonts w:ascii="Source Sans Pro" w:hAnsi="Source Sans Pro"/>
                <w:sz w:val="20"/>
                <w:szCs w:val="20"/>
                <w:lang w:val="en-US"/>
              </w:rPr>
              <w:t>:</w:t>
            </w:r>
          </w:p>
        </w:tc>
        <w:tc>
          <w:tcPr>
            <w:tcW w:w="8221" w:type="dxa"/>
          </w:tcPr>
          <w:p w14:paraId="223C5618" w14:textId="77777777" w:rsidR="00470D7B" w:rsidRPr="00011564" w:rsidRDefault="00470D7B" w:rsidP="00B767A6">
            <w:pPr>
              <w:rPr>
                <w:rFonts w:ascii="Source Sans Pro" w:hAnsi="Source Sans Pro"/>
                <w:sz w:val="20"/>
                <w:szCs w:val="20"/>
                <w:lang w:val="en-US"/>
              </w:rPr>
            </w:pPr>
          </w:p>
        </w:tc>
      </w:tr>
      <w:tr w:rsidR="00470D7B" w:rsidRPr="00011564" w14:paraId="2335A1FC" w14:textId="77777777" w:rsidTr="00B767A6">
        <w:trPr>
          <w:jc w:val="center"/>
        </w:trPr>
        <w:tc>
          <w:tcPr>
            <w:tcW w:w="9350" w:type="dxa"/>
            <w:gridSpan w:val="2"/>
            <w:shd w:val="clear" w:color="auto" w:fill="D9D9D9" w:themeFill="background1" w:themeFillShade="D9"/>
          </w:tcPr>
          <w:p w14:paraId="74029C5D" w14:textId="77777777" w:rsidR="00470D7B" w:rsidRPr="00011564" w:rsidRDefault="00470D7B" w:rsidP="006505C0">
            <w:pPr>
              <w:jc w:val="center"/>
              <w:rPr>
                <w:rFonts w:ascii="Source Sans Pro" w:hAnsi="Source Sans Pro"/>
                <w:sz w:val="20"/>
                <w:szCs w:val="20"/>
                <w:lang w:val="en-US"/>
              </w:rPr>
            </w:pPr>
            <w:r w:rsidRPr="00011564">
              <w:rPr>
                <w:rFonts w:ascii="Source Sans Pro" w:hAnsi="Source Sans Pro"/>
                <w:sz w:val="20"/>
                <w:szCs w:val="20"/>
                <w:lang w:val="en-US"/>
              </w:rPr>
              <w:t>Signature (Handwritten or Digital)</w:t>
            </w:r>
          </w:p>
        </w:tc>
      </w:tr>
      <w:tr w:rsidR="00470D7B" w:rsidRPr="00011564" w14:paraId="3E16EA1D" w14:textId="77777777" w:rsidTr="00B767A6">
        <w:trPr>
          <w:jc w:val="center"/>
        </w:trPr>
        <w:tc>
          <w:tcPr>
            <w:tcW w:w="9350" w:type="dxa"/>
            <w:gridSpan w:val="2"/>
          </w:tcPr>
          <w:p w14:paraId="5B94004F" w14:textId="77777777" w:rsidR="00470D7B" w:rsidRPr="00011564" w:rsidRDefault="00470D7B" w:rsidP="00B767A6">
            <w:pPr>
              <w:rPr>
                <w:rFonts w:ascii="Source Sans Pro" w:hAnsi="Source Sans Pro"/>
                <w:sz w:val="20"/>
                <w:szCs w:val="20"/>
                <w:lang w:val="en-US"/>
              </w:rPr>
            </w:pPr>
          </w:p>
          <w:p w14:paraId="57DCC6A4" w14:textId="77777777" w:rsidR="00470D7B" w:rsidRPr="00011564" w:rsidRDefault="00470D7B" w:rsidP="00B767A6">
            <w:pPr>
              <w:rPr>
                <w:rFonts w:ascii="Source Sans Pro" w:hAnsi="Source Sans Pro"/>
                <w:sz w:val="20"/>
                <w:szCs w:val="20"/>
                <w:lang w:val="en-US"/>
              </w:rPr>
            </w:pPr>
          </w:p>
          <w:p w14:paraId="4BBD69A7" w14:textId="77777777" w:rsidR="00470D7B" w:rsidRPr="00011564" w:rsidRDefault="00470D7B" w:rsidP="00B767A6">
            <w:pPr>
              <w:rPr>
                <w:rFonts w:ascii="Source Sans Pro" w:hAnsi="Source Sans Pro"/>
                <w:sz w:val="20"/>
                <w:szCs w:val="20"/>
                <w:lang w:val="en-US"/>
              </w:rPr>
            </w:pPr>
          </w:p>
          <w:p w14:paraId="3C8B10F9" w14:textId="77777777" w:rsidR="00470D7B" w:rsidRPr="00011564" w:rsidRDefault="00470D7B" w:rsidP="00B767A6">
            <w:pPr>
              <w:rPr>
                <w:rFonts w:ascii="Source Sans Pro" w:hAnsi="Source Sans Pro"/>
                <w:sz w:val="20"/>
                <w:szCs w:val="20"/>
                <w:lang w:val="en-US"/>
              </w:rPr>
            </w:pPr>
          </w:p>
        </w:tc>
      </w:tr>
    </w:tbl>
    <w:p w14:paraId="210A0EA7" w14:textId="304AFD60" w:rsidR="00F77F91" w:rsidRPr="00011564" w:rsidRDefault="00F77F91">
      <w:pPr>
        <w:rPr>
          <w:rFonts w:ascii="Source Sans Pro" w:eastAsiaTheme="majorEastAsia" w:hAnsi="Source Sans Pro" w:cstheme="majorBidi"/>
          <w:b/>
          <w:bCs/>
          <w:color w:val="002060"/>
          <w:sz w:val="24"/>
          <w:lang w:val="en-US"/>
        </w:rPr>
      </w:pPr>
    </w:p>
    <w:p w14:paraId="334B1241" w14:textId="27206687" w:rsidR="00D11B4E" w:rsidRPr="00EE4265" w:rsidRDefault="008E6089" w:rsidP="007076DD">
      <w:pPr>
        <w:pStyle w:val="berschrift1"/>
        <w:rPr>
          <w:lang w:val="en-US"/>
        </w:rPr>
      </w:pPr>
      <w:r w:rsidRPr="00EE4265">
        <w:rPr>
          <w:lang w:val="en-US"/>
        </w:rPr>
        <w:lastRenderedPageBreak/>
        <w:t xml:space="preserve">Exceptional Changes to the Learning Agreement </w:t>
      </w:r>
    </w:p>
    <w:p w14:paraId="049BA01A" w14:textId="77777777" w:rsidR="008E6089" w:rsidRPr="00011564" w:rsidRDefault="008E6089" w:rsidP="00D37101">
      <w:pPr>
        <w:pStyle w:val="berschrift4"/>
      </w:pPr>
      <w:r w:rsidRPr="00011564">
        <w:t>Exceptional Change 1</w:t>
      </w:r>
    </w:p>
    <w:tbl>
      <w:tblPr>
        <w:tblStyle w:val="Tabellenraster"/>
        <w:tblW w:w="9351" w:type="dxa"/>
        <w:tblLook w:val="04A0" w:firstRow="1" w:lastRow="0" w:firstColumn="1" w:lastColumn="0" w:noHBand="0" w:noVBand="1"/>
      </w:tblPr>
      <w:tblGrid>
        <w:gridCol w:w="4320"/>
        <w:gridCol w:w="5031"/>
      </w:tblGrid>
      <w:tr w:rsidR="005C49EA" w:rsidRPr="00011564" w14:paraId="4C2BCF7B" w14:textId="77777777" w:rsidTr="005C49EA">
        <w:trPr>
          <w:trHeight w:val="284"/>
        </w:trPr>
        <w:tc>
          <w:tcPr>
            <w:tcW w:w="9351" w:type="dxa"/>
            <w:gridSpan w:val="2"/>
            <w:shd w:val="clear" w:color="auto" w:fill="D9D9D9" w:themeFill="background1" w:themeFillShade="D9"/>
            <w:vAlign w:val="center"/>
          </w:tcPr>
          <w:p w14:paraId="6159C6C8" w14:textId="77777777" w:rsidR="008E6089" w:rsidRPr="00011564" w:rsidRDefault="008E6089" w:rsidP="00B767A6">
            <w:pPr>
              <w:rPr>
                <w:rFonts w:ascii="Source Sans Pro" w:hAnsi="Source Sans Pro"/>
                <w:sz w:val="20"/>
                <w:szCs w:val="20"/>
                <w:lang w:val="en-US"/>
              </w:rPr>
            </w:pPr>
            <w:r w:rsidRPr="00011564">
              <w:rPr>
                <w:rFonts w:ascii="Source Sans Pro" w:hAnsi="Source Sans Pro"/>
                <w:sz w:val="20"/>
                <w:szCs w:val="20"/>
                <w:lang w:val="en-US"/>
              </w:rPr>
              <w:t>Component Title / Activity</w:t>
            </w:r>
          </w:p>
        </w:tc>
      </w:tr>
      <w:tr w:rsidR="008E6089" w:rsidRPr="00011564" w14:paraId="32102DB9" w14:textId="77777777" w:rsidTr="00380BA3">
        <w:trPr>
          <w:trHeight w:val="340"/>
        </w:trPr>
        <w:tc>
          <w:tcPr>
            <w:tcW w:w="9351" w:type="dxa"/>
            <w:gridSpan w:val="2"/>
          </w:tcPr>
          <w:p w14:paraId="47C37FF1" w14:textId="0D95CE3A" w:rsidR="00D45193" w:rsidRPr="00011564" w:rsidRDefault="00D45193" w:rsidP="00D45193">
            <w:pPr>
              <w:rPr>
                <w:rFonts w:ascii="Source Sans Pro" w:hAnsi="Source Sans Pro"/>
                <w:sz w:val="20"/>
                <w:szCs w:val="20"/>
                <w:lang w:val="en-US"/>
              </w:rPr>
            </w:pPr>
          </w:p>
        </w:tc>
      </w:tr>
      <w:tr w:rsidR="005C49EA" w:rsidRPr="00011564" w14:paraId="4F87D12E" w14:textId="77777777" w:rsidTr="005C49EA">
        <w:trPr>
          <w:trHeight w:val="284"/>
        </w:trPr>
        <w:tc>
          <w:tcPr>
            <w:tcW w:w="9351" w:type="dxa"/>
            <w:gridSpan w:val="2"/>
            <w:shd w:val="clear" w:color="auto" w:fill="D9D9D9" w:themeFill="background1" w:themeFillShade="D9"/>
            <w:vAlign w:val="center"/>
          </w:tcPr>
          <w:p w14:paraId="31B6DEA3" w14:textId="77777777" w:rsidR="008E6089" w:rsidRPr="00011564" w:rsidRDefault="008E6089" w:rsidP="00B767A6">
            <w:pPr>
              <w:rPr>
                <w:rFonts w:ascii="Source Sans Pro" w:hAnsi="Source Sans Pro"/>
                <w:sz w:val="20"/>
                <w:szCs w:val="20"/>
                <w:lang w:val="en-US"/>
              </w:rPr>
            </w:pPr>
            <w:r w:rsidRPr="00011564">
              <w:rPr>
                <w:rFonts w:ascii="Source Sans Pro" w:hAnsi="Source Sans Pro"/>
                <w:sz w:val="20"/>
                <w:szCs w:val="20"/>
                <w:lang w:val="en-US"/>
              </w:rPr>
              <w:t>Description of Change</w:t>
            </w:r>
          </w:p>
        </w:tc>
      </w:tr>
      <w:tr w:rsidR="0099687C" w:rsidRPr="00011564" w14:paraId="06B1238B" w14:textId="77777777" w:rsidTr="00380BA3">
        <w:trPr>
          <w:trHeight w:val="454"/>
        </w:trPr>
        <w:tc>
          <w:tcPr>
            <w:tcW w:w="9351" w:type="dxa"/>
            <w:gridSpan w:val="2"/>
          </w:tcPr>
          <w:p w14:paraId="2870B3DE" w14:textId="47153527" w:rsidR="0099687C" w:rsidRPr="00011564" w:rsidRDefault="0099687C" w:rsidP="0099687C">
            <w:pPr>
              <w:rPr>
                <w:rFonts w:ascii="Source Sans Pro" w:hAnsi="Source Sans Pro"/>
                <w:sz w:val="20"/>
                <w:szCs w:val="20"/>
                <w:lang w:val="en-US"/>
              </w:rPr>
            </w:pPr>
          </w:p>
        </w:tc>
      </w:tr>
      <w:tr w:rsidR="005C49EA" w:rsidRPr="00011564" w14:paraId="15B483DD" w14:textId="77777777" w:rsidTr="005C49EA">
        <w:trPr>
          <w:trHeight w:val="284"/>
        </w:trPr>
        <w:tc>
          <w:tcPr>
            <w:tcW w:w="9351" w:type="dxa"/>
            <w:gridSpan w:val="2"/>
            <w:shd w:val="clear" w:color="auto" w:fill="D9D9D9" w:themeFill="background1" w:themeFillShade="D9"/>
            <w:vAlign w:val="center"/>
          </w:tcPr>
          <w:p w14:paraId="54AD4172" w14:textId="77777777" w:rsidR="0099687C" w:rsidRPr="00011564" w:rsidRDefault="0099687C" w:rsidP="0099687C">
            <w:pPr>
              <w:rPr>
                <w:rFonts w:ascii="Source Sans Pro" w:hAnsi="Source Sans Pro"/>
                <w:sz w:val="20"/>
                <w:szCs w:val="20"/>
                <w:lang w:val="en-US"/>
              </w:rPr>
            </w:pPr>
            <w:r w:rsidRPr="00011564">
              <w:rPr>
                <w:rFonts w:ascii="Source Sans Pro" w:hAnsi="Source Sans Pro"/>
                <w:sz w:val="20"/>
                <w:szCs w:val="20"/>
                <w:lang w:val="en-US"/>
              </w:rPr>
              <w:t>Reason for Change</w:t>
            </w:r>
          </w:p>
        </w:tc>
      </w:tr>
      <w:tr w:rsidR="0099687C" w:rsidRPr="00011564" w14:paraId="56D35527" w14:textId="77777777" w:rsidTr="00380BA3">
        <w:trPr>
          <w:trHeight w:val="454"/>
        </w:trPr>
        <w:tc>
          <w:tcPr>
            <w:tcW w:w="9351" w:type="dxa"/>
            <w:gridSpan w:val="2"/>
          </w:tcPr>
          <w:p w14:paraId="493379C5" w14:textId="3A2EA7FE" w:rsidR="0099687C" w:rsidRPr="00011564" w:rsidRDefault="0099687C" w:rsidP="0099687C">
            <w:pPr>
              <w:rPr>
                <w:rFonts w:ascii="Source Sans Pro" w:hAnsi="Source Sans Pro"/>
                <w:sz w:val="20"/>
                <w:szCs w:val="20"/>
                <w:lang w:val="en-US"/>
              </w:rPr>
            </w:pPr>
          </w:p>
        </w:tc>
      </w:tr>
      <w:tr w:rsidR="005C49EA" w:rsidRPr="00011564" w14:paraId="576ABD70" w14:textId="77777777" w:rsidTr="005C49EA">
        <w:trPr>
          <w:trHeight w:val="284"/>
        </w:trPr>
        <w:tc>
          <w:tcPr>
            <w:tcW w:w="9351" w:type="dxa"/>
            <w:gridSpan w:val="2"/>
            <w:shd w:val="clear" w:color="auto" w:fill="D9D9D9" w:themeFill="background1" w:themeFillShade="D9"/>
            <w:vAlign w:val="center"/>
          </w:tcPr>
          <w:p w14:paraId="0476AA2A" w14:textId="77777777" w:rsidR="0099687C" w:rsidRPr="00011564" w:rsidRDefault="0099687C" w:rsidP="0099687C">
            <w:pPr>
              <w:rPr>
                <w:rFonts w:ascii="Source Sans Pro" w:hAnsi="Source Sans Pro"/>
                <w:sz w:val="20"/>
                <w:szCs w:val="20"/>
                <w:lang w:val="en-US"/>
              </w:rPr>
            </w:pPr>
            <w:r w:rsidRPr="00011564">
              <w:rPr>
                <w:rFonts w:ascii="Source Sans Pro" w:hAnsi="Source Sans Pro"/>
                <w:sz w:val="20"/>
                <w:szCs w:val="20"/>
                <w:lang w:val="en-US"/>
              </w:rPr>
              <w:t>Virtual Component (if applicable)</w:t>
            </w:r>
          </w:p>
        </w:tc>
      </w:tr>
      <w:tr w:rsidR="0099687C" w:rsidRPr="00011564" w14:paraId="4D1A794B" w14:textId="77777777" w:rsidTr="00380BA3">
        <w:trPr>
          <w:trHeight w:val="454"/>
        </w:trPr>
        <w:tc>
          <w:tcPr>
            <w:tcW w:w="9351" w:type="dxa"/>
            <w:gridSpan w:val="2"/>
          </w:tcPr>
          <w:p w14:paraId="34F243A9" w14:textId="77777777" w:rsidR="0099687C" w:rsidRPr="00011564" w:rsidRDefault="0099687C" w:rsidP="0099687C">
            <w:pPr>
              <w:rPr>
                <w:rFonts w:ascii="Source Sans Pro" w:hAnsi="Source Sans Pro"/>
                <w:sz w:val="20"/>
                <w:szCs w:val="20"/>
                <w:lang w:val="en-US"/>
              </w:rPr>
            </w:pPr>
          </w:p>
        </w:tc>
      </w:tr>
      <w:tr w:rsidR="005C49EA" w:rsidRPr="00011564" w14:paraId="7AEEF32A" w14:textId="77777777" w:rsidTr="005C49EA">
        <w:trPr>
          <w:trHeight w:val="284"/>
        </w:trPr>
        <w:tc>
          <w:tcPr>
            <w:tcW w:w="4320" w:type="dxa"/>
            <w:shd w:val="clear" w:color="auto" w:fill="D9D9D9" w:themeFill="background1" w:themeFillShade="D9"/>
            <w:vAlign w:val="center"/>
          </w:tcPr>
          <w:p w14:paraId="0BAC165B" w14:textId="77777777" w:rsidR="0099687C" w:rsidRPr="00011564" w:rsidRDefault="0099687C" w:rsidP="0099687C">
            <w:pPr>
              <w:rPr>
                <w:rFonts w:ascii="Source Sans Pro" w:hAnsi="Source Sans Pro"/>
                <w:sz w:val="20"/>
                <w:szCs w:val="20"/>
                <w:lang w:val="en-US"/>
              </w:rPr>
            </w:pPr>
            <w:r w:rsidRPr="00011564">
              <w:rPr>
                <w:rFonts w:ascii="Source Sans Pro" w:hAnsi="Source Sans Pro"/>
                <w:sz w:val="20"/>
                <w:szCs w:val="20"/>
                <w:lang w:val="en-US"/>
              </w:rPr>
              <w:t>ECTS Credits</w:t>
            </w:r>
          </w:p>
        </w:tc>
        <w:tc>
          <w:tcPr>
            <w:tcW w:w="5031" w:type="dxa"/>
            <w:shd w:val="clear" w:color="auto" w:fill="D9D9D9" w:themeFill="background1" w:themeFillShade="D9"/>
            <w:vAlign w:val="center"/>
          </w:tcPr>
          <w:p w14:paraId="63E247F2" w14:textId="77777777" w:rsidR="0099687C" w:rsidRPr="00011564" w:rsidRDefault="0099687C" w:rsidP="0099687C">
            <w:pPr>
              <w:rPr>
                <w:rFonts w:ascii="Source Sans Pro" w:hAnsi="Source Sans Pro"/>
                <w:sz w:val="20"/>
                <w:szCs w:val="20"/>
                <w:lang w:val="en-US"/>
              </w:rPr>
            </w:pPr>
            <w:r w:rsidRPr="00011564">
              <w:rPr>
                <w:rFonts w:ascii="Source Sans Pro" w:hAnsi="Source Sans Pro"/>
                <w:sz w:val="20"/>
                <w:szCs w:val="20"/>
                <w:lang w:val="en-US"/>
              </w:rPr>
              <w:t>Automatic Recognition</w:t>
            </w:r>
          </w:p>
        </w:tc>
      </w:tr>
      <w:tr w:rsidR="0099687C" w:rsidRPr="00011564" w14:paraId="1033FB6E" w14:textId="77777777" w:rsidTr="00380BA3">
        <w:tc>
          <w:tcPr>
            <w:tcW w:w="4320" w:type="dxa"/>
          </w:tcPr>
          <w:p w14:paraId="3BF393CF" w14:textId="77777777" w:rsidR="0099687C" w:rsidRPr="00011564" w:rsidRDefault="0099687C" w:rsidP="0099687C">
            <w:pPr>
              <w:rPr>
                <w:rFonts w:ascii="Source Sans Pro" w:hAnsi="Source Sans Pro"/>
                <w:sz w:val="20"/>
                <w:szCs w:val="20"/>
                <w:lang w:val="en-US"/>
              </w:rPr>
            </w:pPr>
          </w:p>
        </w:tc>
        <w:sdt>
          <w:sdtPr>
            <w:rPr>
              <w:rFonts w:ascii="Source Sans Pro" w:hAnsi="Source Sans Pro"/>
              <w:sz w:val="20"/>
              <w:szCs w:val="20"/>
              <w:lang w:val="en-US"/>
            </w:rPr>
            <w:id w:val="-1770767014"/>
            <w:placeholder>
              <w:docPart w:val="DefaultPlaceholder_-1854013438"/>
            </w:placeholder>
            <w:showingPlcHdr/>
            <w:dropDownList>
              <w:listItem w:value="Wählen Sie ein Element aus."/>
              <w:listItem w:displayText="Yes" w:value="Yes"/>
              <w:listItem w:displayText="No" w:value="No"/>
            </w:dropDownList>
          </w:sdtPr>
          <w:sdtEndPr/>
          <w:sdtContent>
            <w:tc>
              <w:tcPr>
                <w:tcW w:w="5031" w:type="dxa"/>
              </w:tcPr>
              <w:p w14:paraId="0A7A484A" w14:textId="0167E719" w:rsidR="0099687C" w:rsidRPr="00011564" w:rsidRDefault="00CE0CE7" w:rsidP="0099687C">
                <w:pPr>
                  <w:rPr>
                    <w:rFonts w:ascii="Source Sans Pro" w:hAnsi="Source Sans Pro"/>
                    <w:sz w:val="20"/>
                    <w:szCs w:val="20"/>
                    <w:lang w:val="en-US"/>
                  </w:rPr>
                </w:pPr>
                <w:r w:rsidRPr="00C305F0">
                  <w:rPr>
                    <w:rStyle w:val="Platzhaltertext"/>
                    <w:sz w:val="20"/>
                    <w:szCs w:val="20"/>
                    <w:lang w:val="en-US"/>
                  </w:rPr>
                  <w:t>Wählen Sie ein Element aus.</w:t>
                </w:r>
              </w:p>
            </w:tc>
          </w:sdtContent>
        </w:sdt>
      </w:tr>
    </w:tbl>
    <w:p w14:paraId="2CB8673D" w14:textId="7F491605" w:rsidR="009D6F6B" w:rsidRPr="00011564" w:rsidRDefault="009D6F6B" w:rsidP="00D37101">
      <w:pPr>
        <w:pStyle w:val="berschrift4"/>
      </w:pPr>
      <w:r w:rsidRPr="00011564">
        <w:t>Exceptional Change 2</w:t>
      </w:r>
    </w:p>
    <w:tbl>
      <w:tblPr>
        <w:tblStyle w:val="Tabellenraster"/>
        <w:tblW w:w="9351" w:type="dxa"/>
        <w:tblLook w:val="04A0" w:firstRow="1" w:lastRow="0" w:firstColumn="1" w:lastColumn="0" w:noHBand="0" w:noVBand="1"/>
      </w:tblPr>
      <w:tblGrid>
        <w:gridCol w:w="4320"/>
        <w:gridCol w:w="5031"/>
      </w:tblGrid>
      <w:tr w:rsidR="009D6F6B" w:rsidRPr="00011564" w14:paraId="50191098" w14:textId="77777777" w:rsidTr="006515BE">
        <w:trPr>
          <w:trHeight w:val="284"/>
        </w:trPr>
        <w:tc>
          <w:tcPr>
            <w:tcW w:w="9351" w:type="dxa"/>
            <w:gridSpan w:val="2"/>
            <w:shd w:val="clear" w:color="auto" w:fill="D9D9D9" w:themeFill="background1" w:themeFillShade="D9"/>
            <w:vAlign w:val="center"/>
          </w:tcPr>
          <w:p w14:paraId="395D6C86"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Component Title / Activity</w:t>
            </w:r>
          </w:p>
        </w:tc>
      </w:tr>
      <w:tr w:rsidR="005C49EA" w:rsidRPr="00011564" w14:paraId="150B0222" w14:textId="77777777" w:rsidTr="00380BA3">
        <w:trPr>
          <w:trHeight w:val="340"/>
        </w:trPr>
        <w:tc>
          <w:tcPr>
            <w:tcW w:w="9351" w:type="dxa"/>
            <w:gridSpan w:val="2"/>
          </w:tcPr>
          <w:p w14:paraId="6C9E6EBC" w14:textId="77777777" w:rsidR="009D6F6B" w:rsidRPr="00011564" w:rsidRDefault="009D6F6B" w:rsidP="00B767A6">
            <w:pPr>
              <w:rPr>
                <w:rFonts w:ascii="Source Sans Pro" w:hAnsi="Source Sans Pro"/>
                <w:color w:val="808080" w:themeColor="background1" w:themeShade="80"/>
                <w:sz w:val="20"/>
                <w:szCs w:val="20"/>
                <w:lang w:val="en-US"/>
              </w:rPr>
            </w:pPr>
          </w:p>
        </w:tc>
      </w:tr>
      <w:tr w:rsidR="009D6F6B" w:rsidRPr="00011564" w14:paraId="3ABB527B" w14:textId="77777777" w:rsidTr="006515BE">
        <w:trPr>
          <w:trHeight w:val="284"/>
        </w:trPr>
        <w:tc>
          <w:tcPr>
            <w:tcW w:w="9351" w:type="dxa"/>
            <w:gridSpan w:val="2"/>
            <w:shd w:val="clear" w:color="auto" w:fill="D9D9D9" w:themeFill="background1" w:themeFillShade="D9"/>
            <w:vAlign w:val="center"/>
          </w:tcPr>
          <w:p w14:paraId="625D921D"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Description of Change</w:t>
            </w:r>
          </w:p>
        </w:tc>
      </w:tr>
      <w:tr w:rsidR="009D6F6B" w:rsidRPr="00011564" w14:paraId="2D2DD9FF" w14:textId="77777777" w:rsidTr="00380BA3">
        <w:trPr>
          <w:trHeight w:val="454"/>
        </w:trPr>
        <w:tc>
          <w:tcPr>
            <w:tcW w:w="9351" w:type="dxa"/>
            <w:gridSpan w:val="2"/>
          </w:tcPr>
          <w:p w14:paraId="3F57FA65" w14:textId="77777777" w:rsidR="009D6F6B" w:rsidRPr="00011564" w:rsidRDefault="009D6F6B" w:rsidP="00B767A6">
            <w:pPr>
              <w:rPr>
                <w:rFonts w:ascii="Source Sans Pro" w:hAnsi="Source Sans Pro"/>
                <w:sz w:val="20"/>
                <w:szCs w:val="20"/>
                <w:lang w:val="en-US"/>
              </w:rPr>
            </w:pPr>
          </w:p>
        </w:tc>
      </w:tr>
      <w:tr w:rsidR="009D6F6B" w:rsidRPr="00011564" w14:paraId="47D366ED" w14:textId="77777777" w:rsidTr="006515BE">
        <w:trPr>
          <w:trHeight w:val="284"/>
        </w:trPr>
        <w:tc>
          <w:tcPr>
            <w:tcW w:w="9351" w:type="dxa"/>
            <w:gridSpan w:val="2"/>
            <w:shd w:val="clear" w:color="auto" w:fill="D9D9D9" w:themeFill="background1" w:themeFillShade="D9"/>
            <w:vAlign w:val="center"/>
          </w:tcPr>
          <w:p w14:paraId="5310D54A"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Reason for Change</w:t>
            </w:r>
          </w:p>
        </w:tc>
      </w:tr>
      <w:tr w:rsidR="009D6F6B" w:rsidRPr="00011564" w14:paraId="3BF35B30" w14:textId="77777777" w:rsidTr="00380BA3">
        <w:trPr>
          <w:trHeight w:val="454"/>
        </w:trPr>
        <w:tc>
          <w:tcPr>
            <w:tcW w:w="9351" w:type="dxa"/>
            <w:gridSpan w:val="2"/>
          </w:tcPr>
          <w:p w14:paraId="14207348" w14:textId="77777777" w:rsidR="009D6F6B" w:rsidRPr="00011564" w:rsidRDefault="009D6F6B" w:rsidP="00B767A6">
            <w:pPr>
              <w:rPr>
                <w:rFonts w:ascii="Source Sans Pro" w:hAnsi="Source Sans Pro"/>
                <w:sz w:val="20"/>
                <w:szCs w:val="20"/>
                <w:lang w:val="en-US"/>
              </w:rPr>
            </w:pPr>
          </w:p>
        </w:tc>
      </w:tr>
      <w:tr w:rsidR="009D6F6B" w:rsidRPr="00011564" w14:paraId="09298B2A" w14:textId="77777777" w:rsidTr="006515BE">
        <w:trPr>
          <w:trHeight w:val="284"/>
        </w:trPr>
        <w:tc>
          <w:tcPr>
            <w:tcW w:w="9351" w:type="dxa"/>
            <w:gridSpan w:val="2"/>
            <w:shd w:val="clear" w:color="auto" w:fill="D9D9D9" w:themeFill="background1" w:themeFillShade="D9"/>
            <w:vAlign w:val="center"/>
          </w:tcPr>
          <w:p w14:paraId="01FE059A"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Virtual Component (if applicable)</w:t>
            </w:r>
          </w:p>
        </w:tc>
      </w:tr>
      <w:tr w:rsidR="009D6F6B" w:rsidRPr="00011564" w14:paraId="52E9D604" w14:textId="77777777" w:rsidTr="00380BA3">
        <w:trPr>
          <w:trHeight w:val="454"/>
        </w:trPr>
        <w:tc>
          <w:tcPr>
            <w:tcW w:w="9351" w:type="dxa"/>
            <w:gridSpan w:val="2"/>
          </w:tcPr>
          <w:p w14:paraId="19CC6FCD" w14:textId="77777777" w:rsidR="009D6F6B" w:rsidRPr="00011564" w:rsidRDefault="009D6F6B" w:rsidP="00B767A6">
            <w:pPr>
              <w:rPr>
                <w:rFonts w:ascii="Source Sans Pro" w:hAnsi="Source Sans Pro"/>
                <w:sz w:val="20"/>
                <w:szCs w:val="20"/>
                <w:lang w:val="en-US"/>
              </w:rPr>
            </w:pPr>
          </w:p>
        </w:tc>
      </w:tr>
      <w:tr w:rsidR="009D6F6B" w:rsidRPr="00011564" w14:paraId="0D65FFF3" w14:textId="77777777" w:rsidTr="006515BE">
        <w:trPr>
          <w:trHeight w:val="284"/>
        </w:trPr>
        <w:tc>
          <w:tcPr>
            <w:tcW w:w="4320" w:type="dxa"/>
            <w:shd w:val="clear" w:color="auto" w:fill="D9D9D9" w:themeFill="background1" w:themeFillShade="D9"/>
            <w:vAlign w:val="center"/>
          </w:tcPr>
          <w:p w14:paraId="6FC43E24"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ECTS Credits</w:t>
            </w:r>
          </w:p>
        </w:tc>
        <w:tc>
          <w:tcPr>
            <w:tcW w:w="5031" w:type="dxa"/>
            <w:shd w:val="clear" w:color="auto" w:fill="D9D9D9" w:themeFill="background1" w:themeFillShade="D9"/>
            <w:vAlign w:val="center"/>
          </w:tcPr>
          <w:p w14:paraId="5690D5C6"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Automatic Recognition</w:t>
            </w:r>
          </w:p>
        </w:tc>
      </w:tr>
      <w:tr w:rsidR="009D6F6B" w:rsidRPr="00011564" w14:paraId="79FCE993" w14:textId="77777777" w:rsidTr="00380BA3">
        <w:tc>
          <w:tcPr>
            <w:tcW w:w="4320" w:type="dxa"/>
          </w:tcPr>
          <w:p w14:paraId="1D18B9CA" w14:textId="77777777" w:rsidR="009D6F6B" w:rsidRPr="00011564" w:rsidRDefault="009D6F6B" w:rsidP="00B767A6">
            <w:pPr>
              <w:rPr>
                <w:rFonts w:ascii="Source Sans Pro" w:hAnsi="Source Sans Pro"/>
                <w:sz w:val="20"/>
                <w:szCs w:val="20"/>
                <w:lang w:val="en-US"/>
              </w:rPr>
            </w:pPr>
          </w:p>
        </w:tc>
        <w:sdt>
          <w:sdtPr>
            <w:rPr>
              <w:rFonts w:ascii="Source Sans Pro" w:hAnsi="Source Sans Pro"/>
              <w:sz w:val="20"/>
              <w:szCs w:val="20"/>
              <w:lang w:val="en-US"/>
            </w:rPr>
            <w:id w:val="-1814326936"/>
            <w:placeholder>
              <w:docPart w:val="DefaultPlaceholder_-1854013438"/>
            </w:placeholder>
            <w:showingPlcHdr/>
            <w:dropDownList>
              <w:listItem w:value="Wählen Sie ein Element aus."/>
              <w:listItem w:displayText="Yes" w:value="Yes"/>
              <w:listItem w:displayText="No" w:value="No"/>
            </w:dropDownList>
          </w:sdtPr>
          <w:sdtEndPr/>
          <w:sdtContent>
            <w:tc>
              <w:tcPr>
                <w:tcW w:w="5031" w:type="dxa"/>
              </w:tcPr>
              <w:p w14:paraId="589C29D0" w14:textId="4D953A3F" w:rsidR="009D6F6B" w:rsidRPr="00011564" w:rsidRDefault="00CE0CE7" w:rsidP="00B767A6">
                <w:pPr>
                  <w:rPr>
                    <w:rFonts w:ascii="Source Sans Pro" w:hAnsi="Source Sans Pro"/>
                    <w:sz w:val="20"/>
                    <w:szCs w:val="20"/>
                    <w:lang w:val="en-US"/>
                  </w:rPr>
                </w:pPr>
                <w:r w:rsidRPr="00C305F0">
                  <w:rPr>
                    <w:rStyle w:val="Platzhaltertext"/>
                    <w:sz w:val="20"/>
                    <w:szCs w:val="20"/>
                    <w:lang w:val="en-US"/>
                  </w:rPr>
                  <w:t>Wählen Sie ein Element aus.</w:t>
                </w:r>
              </w:p>
            </w:tc>
          </w:sdtContent>
        </w:sdt>
      </w:tr>
    </w:tbl>
    <w:p w14:paraId="31DEB554" w14:textId="3F7A61CB" w:rsidR="009D6F6B" w:rsidRPr="00011564" w:rsidRDefault="009D6F6B" w:rsidP="00D37101">
      <w:pPr>
        <w:pStyle w:val="berschrift4"/>
      </w:pPr>
      <w:r w:rsidRPr="00011564">
        <w:t>Exceptional Change 3</w:t>
      </w:r>
    </w:p>
    <w:tbl>
      <w:tblPr>
        <w:tblStyle w:val="Tabellenraster"/>
        <w:tblW w:w="9351" w:type="dxa"/>
        <w:tblLook w:val="04A0" w:firstRow="1" w:lastRow="0" w:firstColumn="1" w:lastColumn="0" w:noHBand="0" w:noVBand="1"/>
      </w:tblPr>
      <w:tblGrid>
        <w:gridCol w:w="4320"/>
        <w:gridCol w:w="5031"/>
      </w:tblGrid>
      <w:tr w:rsidR="009D6F6B" w:rsidRPr="00011564" w14:paraId="56D7545A" w14:textId="77777777" w:rsidTr="006515BE">
        <w:trPr>
          <w:trHeight w:val="284"/>
        </w:trPr>
        <w:tc>
          <w:tcPr>
            <w:tcW w:w="9351" w:type="dxa"/>
            <w:gridSpan w:val="2"/>
            <w:shd w:val="clear" w:color="auto" w:fill="D9D9D9" w:themeFill="background1" w:themeFillShade="D9"/>
            <w:vAlign w:val="center"/>
          </w:tcPr>
          <w:p w14:paraId="47DF2691"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Component Title / Activity</w:t>
            </w:r>
          </w:p>
        </w:tc>
      </w:tr>
      <w:tr w:rsidR="009D6F6B" w:rsidRPr="00011564" w14:paraId="332C2D2E" w14:textId="77777777" w:rsidTr="00380BA3">
        <w:trPr>
          <w:trHeight w:val="340"/>
        </w:trPr>
        <w:tc>
          <w:tcPr>
            <w:tcW w:w="9351" w:type="dxa"/>
            <w:gridSpan w:val="2"/>
          </w:tcPr>
          <w:p w14:paraId="1DCBEC12" w14:textId="77777777" w:rsidR="009D6F6B" w:rsidRPr="00011564" w:rsidRDefault="009D6F6B" w:rsidP="00B767A6">
            <w:pPr>
              <w:rPr>
                <w:rFonts w:ascii="Source Sans Pro" w:hAnsi="Source Sans Pro"/>
                <w:sz w:val="20"/>
                <w:szCs w:val="20"/>
                <w:lang w:val="en-US"/>
              </w:rPr>
            </w:pPr>
          </w:p>
        </w:tc>
      </w:tr>
      <w:tr w:rsidR="009D6F6B" w:rsidRPr="00011564" w14:paraId="3C8FD7B9" w14:textId="77777777" w:rsidTr="006515BE">
        <w:trPr>
          <w:trHeight w:val="284"/>
        </w:trPr>
        <w:tc>
          <w:tcPr>
            <w:tcW w:w="9351" w:type="dxa"/>
            <w:gridSpan w:val="2"/>
            <w:shd w:val="clear" w:color="auto" w:fill="D9D9D9" w:themeFill="background1" w:themeFillShade="D9"/>
            <w:vAlign w:val="center"/>
          </w:tcPr>
          <w:p w14:paraId="40CE11DB"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Description of Change</w:t>
            </w:r>
          </w:p>
        </w:tc>
      </w:tr>
      <w:tr w:rsidR="009D6F6B" w:rsidRPr="00011564" w14:paraId="272909F2" w14:textId="77777777" w:rsidTr="00380BA3">
        <w:trPr>
          <w:trHeight w:val="454"/>
        </w:trPr>
        <w:tc>
          <w:tcPr>
            <w:tcW w:w="9351" w:type="dxa"/>
            <w:gridSpan w:val="2"/>
          </w:tcPr>
          <w:p w14:paraId="7553B3E3" w14:textId="77777777" w:rsidR="009D6F6B" w:rsidRPr="00011564" w:rsidRDefault="009D6F6B" w:rsidP="00B767A6">
            <w:pPr>
              <w:rPr>
                <w:rFonts w:ascii="Source Sans Pro" w:hAnsi="Source Sans Pro"/>
                <w:sz w:val="20"/>
                <w:szCs w:val="20"/>
                <w:lang w:val="en-US"/>
              </w:rPr>
            </w:pPr>
          </w:p>
        </w:tc>
      </w:tr>
      <w:tr w:rsidR="009D6F6B" w:rsidRPr="00011564" w14:paraId="05ED71A7" w14:textId="77777777" w:rsidTr="006515BE">
        <w:trPr>
          <w:trHeight w:val="284"/>
        </w:trPr>
        <w:tc>
          <w:tcPr>
            <w:tcW w:w="9351" w:type="dxa"/>
            <w:gridSpan w:val="2"/>
            <w:shd w:val="clear" w:color="auto" w:fill="D9D9D9" w:themeFill="background1" w:themeFillShade="D9"/>
            <w:vAlign w:val="center"/>
          </w:tcPr>
          <w:p w14:paraId="6C6F53C4"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Reason for Change</w:t>
            </w:r>
          </w:p>
        </w:tc>
      </w:tr>
      <w:tr w:rsidR="009D6F6B" w:rsidRPr="00011564" w14:paraId="56FB088F" w14:textId="77777777" w:rsidTr="00380BA3">
        <w:trPr>
          <w:trHeight w:val="454"/>
        </w:trPr>
        <w:tc>
          <w:tcPr>
            <w:tcW w:w="9351" w:type="dxa"/>
            <w:gridSpan w:val="2"/>
          </w:tcPr>
          <w:p w14:paraId="012DD96E" w14:textId="77777777" w:rsidR="009D6F6B" w:rsidRPr="00011564" w:rsidRDefault="009D6F6B" w:rsidP="00B767A6">
            <w:pPr>
              <w:rPr>
                <w:rFonts w:ascii="Source Sans Pro" w:hAnsi="Source Sans Pro"/>
                <w:sz w:val="20"/>
                <w:szCs w:val="20"/>
                <w:lang w:val="en-US"/>
              </w:rPr>
            </w:pPr>
          </w:p>
        </w:tc>
      </w:tr>
      <w:tr w:rsidR="009D6F6B" w:rsidRPr="00011564" w14:paraId="23E28444" w14:textId="77777777" w:rsidTr="006515BE">
        <w:trPr>
          <w:trHeight w:val="284"/>
        </w:trPr>
        <w:tc>
          <w:tcPr>
            <w:tcW w:w="9351" w:type="dxa"/>
            <w:gridSpan w:val="2"/>
            <w:shd w:val="clear" w:color="auto" w:fill="D9D9D9" w:themeFill="background1" w:themeFillShade="D9"/>
            <w:vAlign w:val="center"/>
          </w:tcPr>
          <w:p w14:paraId="7784273F"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Virtual Component (if applicable)</w:t>
            </w:r>
          </w:p>
        </w:tc>
      </w:tr>
      <w:tr w:rsidR="009D6F6B" w:rsidRPr="00011564" w14:paraId="3CB26C93" w14:textId="77777777" w:rsidTr="00380BA3">
        <w:trPr>
          <w:trHeight w:val="454"/>
        </w:trPr>
        <w:tc>
          <w:tcPr>
            <w:tcW w:w="9351" w:type="dxa"/>
            <w:gridSpan w:val="2"/>
          </w:tcPr>
          <w:p w14:paraId="43F8D93A" w14:textId="77777777" w:rsidR="009D6F6B" w:rsidRPr="00011564" w:rsidRDefault="009D6F6B" w:rsidP="00B767A6">
            <w:pPr>
              <w:rPr>
                <w:rFonts w:ascii="Source Sans Pro" w:hAnsi="Source Sans Pro"/>
                <w:sz w:val="20"/>
                <w:szCs w:val="20"/>
                <w:lang w:val="en-US"/>
              </w:rPr>
            </w:pPr>
          </w:p>
        </w:tc>
      </w:tr>
      <w:tr w:rsidR="009D6F6B" w:rsidRPr="00011564" w14:paraId="0703156C" w14:textId="77777777" w:rsidTr="006515BE">
        <w:trPr>
          <w:trHeight w:val="284"/>
        </w:trPr>
        <w:tc>
          <w:tcPr>
            <w:tcW w:w="4320" w:type="dxa"/>
            <w:shd w:val="clear" w:color="auto" w:fill="D9D9D9" w:themeFill="background1" w:themeFillShade="D9"/>
            <w:vAlign w:val="center"/>
          </w:tcPr>
          <w:p w14:paraId="23FC0976"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ECTS Credits</w:t>
            </w:r>
          </w:p>
        </w:tc>
        <w:tc>
          <w:tcPr>
            <w:tcW w:w="5031" w:type="dxa"/>
            <w:shd w:val="clear" w:color="auto" w:fill="D9D9D9" w:themeFill="background1" w:themeFillShade="D9"/>
            <w:vAlign w:val="center"/>
          </w:tcPr>
          <w:p w14:paraId="1703C757" w14:textId="77777777" w:rsidR="009D6F6B" w:rsidRPr="00011564" w:rsidRDefault="009D6F6B" w:rsidP="00B767A6">
            <w:pPr>
              <w:rPr>
                <w:rFonts w:ascii="Source Sans Pro" w:hAnsi="Source Sans Pro"/>
                <w:sz w:val="20"/>
                <w:szCs w:val="20"/>
                <w:lang w:val="en-US"/>
              </w:rPr>
            </w:pPr>
            <w:r w:rsidRPr="00011564">
              <w:rPr>
                <w:rFonts w:ascii="Source Sans Pro" w:hAnsi="Source Sans Pro"/>
                <w:sz w:val="20"/>
                <w:szCs w:val="20"/>
                <w:lang w:val="en-US"/>
              </w:rPr>
              <w:t>Automatic Recognition</w:t>
            </w:r>
          </w:p>
        </w:tc>
      </w:tr>
      <w:tr w:rsidR="009D6F6B" w:rsidRPr="00011564" w14:paraId="47EB901A" w14:textId="77777777" w:rsidTr="00380BA3">
        <w:tc>
          <w:tcPr>
            <w:tcW w:w="4320" w:type="dxa"/>
          </w:tcPr>
          <w:p w14:paraId="1C598849" w14:textId="77777777" w:rsidR="009D6F6B" w:rsidRPr="00011564" w:rsidRDefault="009D6F6B" w:rsidP="00B767A6">
            <w:pPr>
              <w:rPr>
                <w:rFonts w:ascii="Source Sans Pro" w:hAnsi="Source Sans Pro"/>
                <w:sz w:val="20"/>
                <w:szCs w:val="20"/>
                <w:lang w:val="en-US"/>
              </w:rPr>
            </w:pPr>
          </w:p>
        </w:tc>
        <w:sdt>
          <w:sdtPr>
            <w:rPr>
              <w:rFonts w:ascii="Source Sans Pro" w:hAnsi="Source Sans Pro"/>
              <w:sz w:val="20"/>
              <w:szCs w:val="20"/>
              <w:lang w:val="en-US"/>
            </w:rPr>
            <w:id w:val="914665919"/>
            <w:placeholder>
              <w:docPart w:val="DefaultPlaceholder_-1854013438"/>
            </w:placeholder>
            <w:showingPlcHdr/>
            <w:dropDownList>
              <w:listItem w:value="Wählen Sie ein Element aus."/>
              <w:listItem w:displayText="Yes" w:value="Yes"/>
              <w:listItem w:displayText="No" w:value="No"/>
            </w:dropDownList>
          </w:sdtPr>
          <w:sdtEndPr/>
          <w:sdtContent>
            <w:tc>
              <w:tcPr>
                <w:tcW w:w="5031" w:type="dxa"/>
              </w:tcPr>
              <w:p w14:paraId="31CE06E7" w14:textId="291190A6" w:rsidR="009D6F6B" w:rsidRPr="00011564" w:rsidRDefault="00CE0CE7" w:rsidP="00B767A6">
                <w:pPr>
                  <w:rPr>
                    <w:rFonts w:ascii="Source Sans Pro" w:hAnsi="Source Sans Pro"/>
                    <w:sz w:val="20"/>
                    <w:szCs w:val="20"/>
                    <w:lang w:val="en-US"/>
                  </w:rPr>
                </w:pPr>
                <w:r w:rsidRPr="00C305F0">
                  <w:rPr>
                    <w:rStyle w:val="Platzhaltertext"/>
                    <w:sz w:val="20"/>
                    <w:szCs w:val="20"/>
                    <w:lang w:val="en-US"/>
                  </w:rPr>
                  <w:t>Wählen Sie ein Element aus.</w:t>
                </w:r>
              </w:p>
            </w:tc>
          </w:sdtContent>
        </w:sdt>
      </w:tr>
    </w:tbl>
    <w:p w14:paraId="53CAB97F" w14:textId="2FD5C500" w:rsidR="00BB08F2" w:rsidRPr="00011564" w:rsidRDefault="00BB08F2" w:rsidP="007076DD">
      <w:pPr>
        <w:pStyle w:val="berschrift2"/>
      </w:pPr>
      <w:r w:rsidRPr="00011564">
        <w:lastRenderedPageBreak/>
        <w:t>Approval of Exceptional Changes to the Learning Agreement</w:t>
      </w:r>
    </w:p>
    <w:p w14:paraId="770554A1" w14:textId="233B2A62" w:rsidR="008E6089" w:rsidRPr="00011564" w:rsidRDefault="00BB08F2" w:rsidP="00BB08F2">
      <w:pPr>
        <w:rPr>
          <w:rFonts w:ascii="Source Sans Pro" w:hAnsi="Source Sans Pro"/>
          <w:lang w:val="en-US"/>
        </w:rPr>
      </w:pPr>
      <w:r w:rsidRPr="00011564">
        <w:rPr>
          <w:rFonts w:ascii="Source Sans Pro" w:hAnsi="Source Sans Pro"/>
          <w:lang w:val="en-US"/>
        </w:rPr>
        <w:t>The student, the Sending Institution and the Receiving Institution confirm their approval of the exceptional changes described above.</w:t>
      </w:r>
    </w:p>
    <w:tbl>
      <w:tblPr>
        <w:tblStyle w:val="Tabellenraster"/>
        <w:tblW w:w="9351" w:type="dxa"/>
        <w:tblLook w:val="04A0" w:firstRow="1" w:lastRow="0" w:firstColumn="1" w:lastColumn="0" w:noHBand="0" w:noVBand="1"/>
      </w:tblPr>
      <w:tblGrid>
        <w:gridCol w:w="2547"/>
        <w:gridCol w:w="1559"/>
        <w:gridCol w:w="5245"/>
      </w:tblGrid>
      <w:tr w:rsidR="00BB08F2" w:rsidRPr="00011564" w14:paraId="04C30C67" w14:textId="77777777" w:rsidTr="00380BA3">
        <w:tc>
          <w:tcPr>
            <w:tcW w:w="2547" w:type="dxa"/>
            <w:shd w:val="clear" w:color="auto" w:fill="D9D9D9" w:themeFill="background1" w:themeFillShade="D9"/>
          </w:tcPr>
          <w:p w14:paraId="415B5D7A" w14:textId="0F126F96" w:rsidR="00BB08F2" w:rsidRPr="00011564" w:rsidRDefault="00FE7EA5" w:rsidP="00B767A6">
            <w:pPr>
              <w:rPr>
                <w:rFonts w:ascii="Source Sans Pro" w:hAnsi="Source Sans Pro"/>
                <w:sz w:val="20"/>
                <w:szCs w:val="20"/>
                <w:lang w:val="en-US"/>
              </w:rPr>
            </w:pPr>
            <w:r>
              <w:rPr>
                <w:rFonts w:ascii="Source Sans Pro" w:hAnsi="Source Sans Pro"/>
                <w:sz w:val="20"/>
                <w:szCs w:val="20"/>
                <w:lang w:val="en-US"/>
              </w:rPr>
              <w:t>Party</w:t>
            </w:r>
          </w:p>
        </w:tc>
        <w:tc>
          <w:tcPr>
            <w:tcW w:w="1559" w:type="dxa"/>
            <w:shd w:val="clear" w:color="auto" w:fill="D9D9D9" w:themeFill="background1" w:themeFillShade="D9"/>
          </w:tcPr>
          <w:p w14:paraId="691DD86D" w14:textId="77777777" w:rsidR="00BB08F2" w:rsidRPr="00011564" w:rsidRDefault="00BB08F2" w:rsidP="00B767A6">
            <w:pPr>
              <w:rPr>
                <w:rFonts w:ascii="Source Sans Pro" w:hAnsi="Source Sans Pro"/>
                <w:sz w:val="20"/>
                <w:szCs w:val="20"/>
                <w:lang w:val="en-US"/>
              </w:rPr>
            </w:pPr>
            <w:r w:rsidRPr="00011564">
              <w:rPr>
                <w:rFonts w:ascii="Source Sans Pro" w:hAnsi="Source Sans Pro"/>
                <w:sz w:val="20"/>
                <w:szCs w:val="20"/>
                <w:lang w:val="en-US"/>
              </w:rPr>
              <w:t>Date</w:t>
            </w:r>
          </w:p>
        </w:tc>
        <w:tc>
          <w:tcPr>
            <w:tcW w:w="5245" w:type="dxa"/>
            <w:shd w:val="clear" w:color="auto" w:fill="D9D9D9" w:themeFill="background1" w:themeFillShade="D9"/>
          </w:tcPr>
          <w:p w14:paraId="3904B5E6" w14:textId="77777777" w:rsidR="00BB08F2" w:rsidRPr="00011564" w:rsidRDefault="00BB08F2" w:rsidP="00B767A6">
            <w:pPr>
              <w:rPr>
                <w:rFonts w:ascii="Source Sans Pro" w:hAnsi="Source Sans Pro"/>
                <w:sz w:val="20"/>
                <w:szCs w:val="20"/>
                <w:lang w:val="en-US"/>
              </w:rPr>
            </w:pPr>
            <w:r w:rsidRPr="00011564">
              <w:rPr>
                <w:rFonts w:ascii="Source Sans Pro" w:hAnsi="Source Sans Pro"/>
                <w:sz w:val="20"/>
                <w:szCs w:val="20"/>
                <w:lang w:val="en-US"/>
              </w:rPr>
              <w:t>Signature</w:t>
            </w:r>
          </w:p>
        </w:tc>
      </w:tr>
      <w:tr w:rsidR="00BB08F2" w:rsidRPr="00011564" w14:paraId="64D9A8A2" w14:textId="77777777" w:rsidTr="00871EE3">
        <w:trPr>
          <w:trHeight w:val="1134"/>
        </w:trPr>
        <w:tc>
          <w:tcPr>
            <w:tcW w:w="2547" w:type="dxa"/>
            <w:vAlign w:val="center"/>
          </w:tcPr>
          <w:p w14:paraId="49BF88B6" w14:textId="77777777" w:rsidR="00BB08F2" w:rsidRPr="00011564" w:rsidRDefault="00BB08F2" w:rsidP="00B767A6">
            <w:pPr>
              <w:rPr>
                <w:rFonts w:ascii="Source Sans Pro" w:hAnsi="Source Sans Pro"/>
                <w:sz w:val="20"/>
                <w:szCs w:val="20"/>
                <w:lang w:val="en-US"/>
              </w:rPr>
            </w:pPr>
            <w:r w:rsidRPr="00011564">
              <w:rPr>
                <w:rFonts w:ascii="Source Sans Pro" w:hAnsi="Source Sans Pro"/>
                <w:sz w:val="20"/>
                <w:szCs w:val="20"/>
                <w:lang w:val="en-US"/>
              </w:rPr>
              <w:t>Student</w:t>
            </w:r>
          </w:p>
        </w:tc>
        <w:sdt>
          <w:sdtPr>
            <w:rPr>
              <w:rFonts w:ascii="Source Sans Pro" w:hAnsi="Source Sans Pro"/>
              <w:sz w:val="20"/>
              <w:szCs w:val="20"/>
              <w:lang w:val="en-US"/>
            </w:rPr>
            <w:id w:val="-484475459"/>
            <w:placeholder>
              <w:docPart w:val="DefaultPlaceholder_-1854013437"/>
            </w:placeholder>
            <w:showingPlcHdr/>
            <w:date>
              <w:dateFormat w:val="dd.MM.yyyy"/>
              <w:lid w:val="de-LI"/>
              <w:storeMappedDataAs w:val="dateTime"/>
              <w:calendar w:val="gregorian"/>
            </w:date>
          </w:sdtPr>
          <w:sdtEndPr/>
          <w:sdtContent>
            <w:tc>
              <w:tcPr>
                <w:tcW w:w="1559" w:type="dxa"/>
                <w:vAlign w:val="center"/>
              </w:tcPr>
              <w:p w14:paraId="53EC77EC" w14:textId="09842387" w:rsidR="00BB08F2" w:rsidRPr="00011564" w:rsidRDefault="00753AA7" w:rsidP="00B767A6">
                <w:pPr>
                  <w:rPr>
                    <w:rFonts w:ascii="Source Sans Pro" w:hAnsi="Source Sans Pro"/>
                    <w:sz w:val="20"/>
                    <w:szCs w:val="20"/>
                    <w:lang w:val="en-US"/>
                  </w:rPr>
                </w:pPr>
                <w:r w:rsidRPr="00011564">
                  <w:rPr>
                    <w:rStyle w:val="Platzhaltertext"/>
                    <w:sz w:val="20"/>
                    <w:szCs w:val="20"/>
                    <w:lang w:val="en-US"/>
                  </w:rPr>
                  <w:t>Klicken oder tippen Sie, um ein Datum einzugeben.</w:t>
                </w:r>
              </w:p>
            </w:tc>
          </w:sdtContent>
        </w:sdt>
        <w:tc>
          <w:tcPr>
            <w:tcW w:w="5245" w:type="dxa"/>
            <w:vAlign w:val="center"/>
          </w:tcPr>
          <w:p w14:paraId="31C16F5A" w14:textId="77777777" w:rsidR="00BB08F2" w:rsidRPr="00011564" w:rsidRDefault="00BB08F2" w:rsidP="00B767A6">
            <w:pPr>
              <w:rPr>
                <w:rFonts w:ascii="Source Sans Pro" w:hAnsi="Source Sans Pro"/>
                <w:sz w:val="20"/>
                <w:szCs w:val="20"/>
                <w:lang w:val="en-US"/>
              </w:rPr>
            </w:pPr>
          </w:p>
        </w:tc>
      </w:tr>
      <w:tr w:rsidR="00BB08F2" w:rsidRPr="00011564" w14:paraId="0753BE1F" w14:textId="77777777" w:rsidTr="00871EE3">
        <w:trPr>
          <w:trHeight w:val="1134"/>
        </w:trPr>
        <w:tc>
          <w:tcPr>
            <w:tcW w:w="2547" w:type="dxa"/>
            <w:vAlign w:val="center"/>
          </w:tcPr>
          <w:p w14:paraId="0D273FFF" w14:textId="77777777" w:rsidR="00BB08F2" w:rsidRPr="00011564" w:rsidRDefault="00BB08F2" w:rsidP="00B767A6">
            <w:pPr>
              <w:rPr>
                <w:rFonts w:ascii="Source Sans Pro" w:hAnsi="Source Sans Pro"/>
                <w:sz w:val="20"/>
                <w:szCs w:val="20"/>
                <w:lang w:val="en-US"/>
              </w:rPr>
            </w:pPr>
            <w:r w:rsidRPr="00011564">
              <w:rPr>
                <w:rFonts w:ascii="Source Sans Pro" w:hAnsi="Source Sans Pro"/>
                <w:sz w:val="20"/>
                <w:szCs w:val="20"/>
                <w:lang w:val="en-US"/>
              </w:rPr>
              <w:t>Responsible Person at the Sending Institution</w:t>
            </w:r>
          </w:p>
        </w:tc>
        <w:sdt>
          <w:sdtPr>
            <w:rPr>
              <w:rFonts w:ascii="Source Sans Pro" w:hAnsi="Source Sans Pro"/>
              <w:sz w:val="20"/>
              <w:szCs w:val="20"/>
              <w:lang w:val="en-US"/>
            </w:rPr>
            <w:id w:val="-1403510298"/>
            <w:placeholder>
              <w:docPart w:val="DefaultPlaceholder_-1854013437"/>
            </w:placeholder>
            <w:showingPlcHdr/>
            <w:date>
              <w:dateFormat w:val="dd.MM.yyyy"/>
              <w:lid w:val="de-LI"/>
              <w:storeMappedDataAs w:val="dateTime"/>
              <w:calendar w:val="gregorian"/>
            </w:date>
          </w:sdtPr>
          <w:sdtEndPr/>
          <w:sdtContent>
            <w:tc>
              <w:tcPr>
                <w:tcW w:w="1559" w:type="dxa"/>
                <w:vAlign w:val="center"/>
              </w:tcPr>
              <w:p w14:paraId="35CED7C1" w14:textId="6910D7D9" w:rsidR="00BB08F2" w:rsidRPr="00011564" w:rsidRDefault="00753AA7" w:rsidP="00B767A6">
                <w:pPr>
                  <w:rPr>
                    <w:rFonts w:ascii="Source Sans Pro" w:hAnsi="Source Sans Pro"/>
                    <w:sz w:val="20"/>
                    <w:szCs w:val="20"/>
                    <w:lang w:val="en-US"/>
                  </w:rPr>
                </w:pPr>
                <w:r w:rsidRPr="00011564">
                  <w:rPr>
                    <w:rStyle w:val="Platzhaltertext"/>
                    <w:sz w:val="20"/>
                    <w:szCs w:val="20"/>
                    <w:lang w:val="en-US"/>
                  </w:rPr>
                  <w:t>Klicken oder tippen Sie, um ein Datum einzugeben.</w:t>
                </w:r>
              </w:p>
            </w:tc>
          </w:sdtContent>
        </w:sdt>
        <w:tc>
          <w:tcPr>
            <w:tcW w:w="5245" w:type="dxa"/>
            <w:vAlign w:val="center"/>
          </w:tcPr>
          <w:p w14:paraId="5B37D0D7" w14:textId="77777777" w:rsidR="00BB08F2" w:rsidRPr="00011564" w:rsidRDefault="00BB08F2" w:rsidP="00B767A6">
            <w:pPr>
              <w:rPr>
                <w:rFonts w:ascii="Source Sans Pro" w:hAnsi="Source Sans Pro"/>
                <w:sz w:val="20"/>
                <w:szCs w:val="20"/>
                <w:lang w:val="en-US"/>
              </w:rPr>
            </w:pPr>
          </w:p>
        </w:tc>
      </w:tr>
      <w:tr w:rsidR="00BB08F2" w:rsidRPr="00011564" w14:paraId="65403602" w14:textId="77777777" w:rsidTr="00871EE3">
        <w:trPr>
          <w:trHeight w:val="1134"/>
        </w:trPr>
        <w:tc>
          <w:tcPr>
            <w:tcW w:w="2547" w:type="dxa"/>
            <w:vAlign w:val="center"/>
          </w:tcPr>
          <w:p w14:paraId="32B161F6" w14:textId="77777777" w:rsidR="00BB08F2" w:rsidRPr="00011564" w:rsidRDefault="00BB08F2" w:rsidP="00B767A6">
            <w:pPr>
              <w:rPr>
                <w:rFonts w:ascii="Source Sans Pro" w:hAnsi="Source Sans Pro"/>
                <w:sz w:val="20"/>
                <w:szCs w:val="20"/>
                <w:lang w:val="en-US"/>
              </w:rPr>
            </w:pPr>
            <w:r w:rsidRPr="00011564">
              <w:rPr>
                <w:rFonts w:ascii="Source Sans Pro" w:hAnsi="Source Sans Pro"/>
                <w:sz w:val="20"/>
                <w:szCs w:val="20"/>
                <w:lang w:val="en-US"/>
              </w:rPr>
              <w:t>Responsible Person at the Receiving Institution</w:t>
            </w:r>
          </w:p>
        </w:tc>
        <w:sdt>
          <w:sdtPr>
            <w:rPr>
              <w:rFonts w:ascii="Source Sans Pro" w:hAnsi="Source Sans Pro"/>
              <w:sz w:val="20"/>
              <w:szCs w:val="20"/>
              <w:lang w:val="en-US"/>
            </w:rPr>
            <w:id w:val="-998727922"/>
            <w:placeholder>
              <w:docPart w:val="DefaultPlaceholder_-1854013437"/>
            </w:placeholder>
            <w:showingPlcHdr/>
            <w:date>
              <w:dateFormat w:val="dd.MM.yyyy"/>
              <w:lid w:val="de-LI"/>
              <w:storeMappedDataAs w:val="dateTime"/>
              <w:calendar w:val="gregorian"/>
            </w:date>
          </w:sdtPr>
          <w:sdtEndPr/>
          <w:sdtContent>
            <w:tc>
              <w:tcPr>
                <w:tcW w:w="1559" w:type="dxa"/>
                <w:vAlign w:val="center"/>
              </w:tcPr>
              <w:p w14:paraId="5A07E4C5" w14:textId="1F13FDC0" w:rsidR="00BB08F2" w:rsidRPr="00011564" w:rsidRDefault="00753AA7" w:rsidP="00B767A6">
                <w:pPr>
                  <w:rPr>
                    <w:rFonts w:ascii="Source Sans Pro" w:hAnsi="Source Sans Pro"/>
                    <w:sz w:val="20"/>
                    <w:szCs w:val="20"/>
                    <w:lang w:val="en-US"/>
                  </w:rPr>
                </w:pPr>
                <w:r w:rsidRPr="00011564">
                  <w:rPr>
                    <w:rStyle w:val="Platzhaltertext"/>
                    <w:sz w:val="20"/>
                    <w:szCs w:val="20"/>
                    <w:lang w:val="en-US"/>
                  </w:rPr>
                  <w:t>Klicken oder tippen Sie, um ein Datum einzugeben.</w:t>
                </w:r>
              </w:p>
            </w:tc>
          </w:sdtContent>
        </w:sdt>
        <w:tc>
          <w:tcPr>
            <w:tcW w:w="5245" w:type="dxa"/>
            <w:vAlign w:val="center"/>
          </w:tcPr>
          <w:p w14:paraId="7BE04190" w14:textId="77777777" w:rsidR="00BB08F2" w:rsidRPr="00011564" w:rsidRDefault="00BB08F2" w:rsidP="00B767A6">
            <w:pPr>
              <w:rPr>
                <w:rFonts w:ascii="Source Sans Pro" w:hAnsi="Source Sans Pro"/>
                <w:sz w:val="20"/>
                <w:szCs w:val="20"/>
                <w:lang w:val="en-US"/>
              </w:rPr>
            </w:pPr>
          </w:p>
        </w:tc>
      </w:tr>
      <w:bookmarkEnd w:id="1"/>
    </w:tbl>
    <w:p w14:paraId="3A0AC9B0" w14:textId="121EFA25" w:rsidR="00942545" w:rsidRPr="00011564" w:rsidRDefault="00942545" w:rsidP="005308DB">
      <w:pPr>
        <w:pStyle w:val="berschrift2"/>
        <w:jc w:val="left"/>
        <w:rPr>
          <w:highlight w:val="yellow"/>
        </w:rPr>
      </w:pPr>
    </w:p>
    <w:sectPr w:rsidR="00942545" w:rsidRPr="00011564" w:rsidSect="0003461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F819F" w14:textId="77777777" w:rsidR="007D03FF" w:rsidRDefault="00B166A0">
      <w:pPr>
        <w:spacing w:after="0" w:line="240" w:lineRule="auto"/>
      </w:pPr>
      <w:r>
        <w:separator/>
      </w:r>
    </w:p>
  </w:endnote>
  <w:endnote w:type="continuationSeparator" w:id="0">
    <w:p w14:paraId="786E83FE" w14:textId="77777777" w:rsidR="007D03FF" w:rsidRDefault="00B16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BBC93" w14:textId="77777777" w:rsidR="00B166A0" w:rsidRDefault="00B166A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Source Sans Pro" w:hAnsi="Source Sans Pro"/>
        <w:lang w:val="de-DE"/>
      </w:rPr>
      <w:id w:val="-1226371000"/>
      <w:docPartObj>
        <w:docPartGallery w:val="Page Numbers (Bottom of Page)"/>
        <w:docPartUnique/>
      </w:docPartObj>
    </w:sdtPr>
    <w:sdtEndPr/>
    <w:sdtContent>
      <w:p w14:paraId="3A962FEB" w14:textId="0C6D62CC" w:rsidR="005728B0" w:rsidRPr="006F21B8" w:rsidRDefault="005728B0">
        <w:pPr>
          <w:pStyle w:val="Fuzeile"/>
          <w:jc w:val="right"/>
          <w:rPr>
            <w:rFonts w:ascii="Source Sans Pro" w:hAnsi="Source Sans Pro"/>
          </w:rPr>
        </w:pPr>
        <w:r w:rsidRPr="006F21B8">
          <w:rPr>
            <w:rFonts w:ascii="Source Sans Pro" w:hAnsi="Source Sans Pro"/>
            <w:lang w:val="de-DE"/>
          </w:rPr>
          <w:t xml:space="preserve">Seite | </w:t>
        </w:r>
        <w:r w:rsidRPr="006F21B8">
          <w:rPr>
            <w:rFonts w:ascii="Source Sans Pro" w:hAnsi="Source Sans Pro"/>
          </w:rPr>
          <w:fldChar w:fldCharType="begin"/>
        </w:r>
        <w:r w:rsidRPr="006F21B8">
          <w:rPr>
            <w:rFonts w:ascii="Source Sans Pro" w:hAnsi="Source Sans Pro"/>
          </w:rPr>
          <w:instrText>PAGE   \* MERGEFORMAT</w:instrText>
        </w:r>
        <w:r w:rsidRPr="006F21B8">
          <w:rPr>
            <w:rFonts w:ascii="Source Sans Pro" w:hAnsi="Source Sans Pro"/>
          </w:rPr>
          <w:fldChar w:fldCharType="separate"/>
        </w:r>
        <w:r w:rsidRPr="006F21B8">
          <w:rPr>
            <w:rFonts w:ascii="Source Sans Pro" w:hAnsi="Source Sans Pro"/>
            <w:lang w:val="de-DE"/>
          </w:rPr>
          <w:t>2</w:t>
        </w:r>
        <w:r w:rsidRPr="006F21B8">
          <w:rPr>
            <w:rFonts w:ascii="Source Sans Pro" w:hAnsi="Source Sans Pro"/>
          </w:rPr>
          <w:fldChar w:fldCharType="end"/>
        </w:r>
        <w:r w:rsidRPr="006F21B8">
          <w:rPr>
            <w:rFonts w:ascii="Source Sans Pro" w:hAnsi="Source Sans Pro"/>
            <w:lang w:val="de-DE"/>
          </w:rPr>
          <w:t xml:space="preserve"> </w:t>
        </w:r>
      </w:p>
    </w:sdtContent>
  </w:sdt>
  <w:p w14:paraId="423B5926" w14:textId="77777777" w:rsidR="00B166A0" w:rsidRPr="006F21B8" w:rsidRDefault="00B166A0">
    <w:pPr>
      <w:pStyle w:val="Fuzeile"/>
      <w:rPr>
        <w:rFonts w:ascii="Source Sans Pro" w:hAnsi="Source Sans P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27727" w14:textId="77777777" w:rsidR="00B166A0" w:rsidRDefault="00B166A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3CE0D" w14:textId="77777777" w:rsidR="007D03FF" w:rsidRDefault="00B166A0">
      <w:pPr>
        <w:spacing w:after="0" w:line="240" w:lineRule="auto"/>
      </w:pPr>
      <w:r>
        <w:separator/>
      </w:r>
    </w:p>
  </w:footnote>
  <w:footnote w:type="continuationSeparator" w:id="0">
    <w:p w14:paraId="3F9DE1CC" w14:textId="77777777" w:rsidR="007D03FF" w:rsidRDefault="00B166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797CB" w14:textId="77777777" w:rsidR="00B166A0" w:rsidRDefault="00B166A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065C" w14:textId="50989D04" w:rsidR="003D42A8" w:rsidRDefault="00B166A0">
    <w:pPr>
      <w:pStyle w:val="Kopfzeile"/>
      <w:jc w:val="right"/>
    </w:pPr>
    <w:r>
      <w:rPr>
        <w:rFonts w:ascii="Verdana" w:hAnsi="Verdana"/>
        <w:b/>
        <w:noProof/>
        <w:sz w:val="18"/>
        <w:szCs w:val="18"/>
        <w:lang w:val="en-GB"/>
      </w:rPr>
      <w:drawing>
        <wp:anchor distT="0" distB="0" distL="114300" distR="114300" simplePos="0" relativeHeight="251659264" behindDoc="0" locked="0" layoutInCell="1" allowOverlap="1" wp14:anchorId="09CC7F25" wp14:editId="6F71A624">
          <wp:simplePos x="0" y="0"/>
          <wp:positionH relativeFrom="column">
            <wp:posOffset>3086100</wp:posOffset>
          </wp:positionH>
          <wp:positionV relativeFrom="paragraph">
            <wp:posOffset>-184150</wp:posOffset>
          </wp:positionV>
          <wp:extent cx="2907665" cy="426720"/>
          <wp:effectExtent l="0" t="0" r="698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2907665" cy="4267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7571" w14:textId="77777777" w:rsidR="00B166A0" w:rsidRDefault="00B166A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564"/>
    <w:rsid w:val="00012E03"/>
    <w:rsid w:val="00013CA3"/>
    <w:rsid w:val="000263F8"/>
    <w:rsid w:val="00034616"/>
    <w:rsid w:val="0004245C"/>
    <w:rsid w:val="00054250"/>
    <w:rsid w:val="0006063C"/>
    <w:rsid w:val="00087057"/>
    <w:rsid w:val="00093DEA"/>
    <w:rsid w:val="00093F01"/>
    <w:rsid w:val="000963AE"/>
    <w:rsid w:val="00096EE7"/>
    <w:rsid w:val="000A202F"/>
    <w:rsid w:val="000A3522"/>
    <w:rsid w:val="000A6BE7"/>
    <w:rsid w:val="000B4F51"/>
    <w:rsid w:val="000D2910"/>
    <w:rsid w:val="000E11DF"/>
    <w:rsid w:val="000E4F1C"/>
    <w:rsid w:val="000F1AC7"/>
    <w:rsid w:val="000F2B9F"/>
    <w:rsid w:val="000F55D0"/>
    <w:rsid w:val="001002AB"/>
    <w:rsid w:val="00102F06"/>
    <w:rsid w:val="001072D0"/>
    <w:rsid w:val="001111C4"/>
    <w:rsid w:val="00117C15"/>
    <w:rsid w:val="0012442B"/>
    <w:rsid w:val="001273EC"/>
    <w:rsid w:val="00130A25"/>
    <w:rsid w:val="00141187"/>
    <w:rsid w:val="0015074B"/>
    <w:rsid w:val="0015176D"/>
    <w:rsid w:val="00166569"/>
    <w:rsid w:val="001776D3"/>
    <w:rsid w:val="00184017"/>
    <w:rsid w:val="001B625F"/>
    <w:rsid w:val="001D09AF"/>
    <w:rsid w:val="001D30CE"/>
    <w:rsid w:val="001D342E"/>
    <w:rsid w:val="001E0288"/>
    <w:rsid w:val="001F70A0"/>
    <w:rsid w:val="002025BF"/>
    <w:rsid w:val="002160B6"/>
    <w:rsid w:val="002220EF"/>
    <w:rsid w:val="00233CBA"/>
    <w:rsid w:val="00250250"/>
    <w:rsid w:val="00252083"/>
    <w:rsid w:val="0025418D"/>
    <w:rsid w:val="002545FE"/>
    <w:rsid w:val="00256117"/>
    <w:rsid w:val="00265F1D"/>
    <w:rsid w:val="00293718"/>
    <w:rsid w:val="002943C2"/>
    <w:rsid w:val="0029639D"/>
    <w:rsid w:val="002A5776"/>
    <w:rsid w:val="002A7004"/>
    <w:rsid w:val="002B12D8"/>
    <w:rsid w:val="002B2B80"/>
    <w:rsid w:val="002B6417"/>
    <w:rsid w:val="002C55F7"/>
    <w:rsid w:val="00317984"/>
    <w:rsid w:val="0032024C"/>
    <w:rsid w:val="00326F90"/>
    <w:rsid w:val="00331A83"/>
    <w:rsid w:val="00343B84"/>
    <w:rsid w:val="00373C7F"/>
    <w:rsid w:val="00374C05"/>
    <w:rsid w:val="0038090A"/>
    <w:rsid w:val="00380BA3"/>
    <w:rsid w:val="0038204A"/>
    <w:rsid w:val="003B106A"/>
    <w:rsid w:val="003D13C1"/>
    <w:rsid w:val="003D42A8"/>
    <w:rsid w:val="003F751E"/>
    <w:rsid w:val="00410AC9"/>
    <w:rsid w:val="00412F1B"/>
    <w:rsid w:val="00466427"/>
    <w:rsid w:val="00470D7B"/>
    <w:rsid w:val="004C1401"/>
    <w:rsid w:val="004C7222"/>
    <w:rsid w:val="004C7B02"/>
    <w:rsid w:val="004C7F24"/>
    <w:rsid w:val="004D0179"/>
    <w:rsid w:val="004D40EA"/>
    <w:rsid w:val="004E354B"/>
    <w:rsid w:val="00522A1A"/>
    <w:rsid w:val="005300B4"/>
    <w:rsid w:val="005308DB"/>
    <w:rsid w:val="00546E5C"/>
    <w:rsid w:val="00551F63"/>
    <w:rsid w:val="005573E2"/>
    <w:rsid w:val="005728B0"/>
    <w:rsid w:val="0058114B"/>
    <w:rsid w:val="00581291"/>
    <w:rsid w:val="00585BE3"/>
    <w:rsid w:val="00594D3D"/>
    <w:rsid w:val="00595C1E"/>
    <w:rsid w:val="005A04E6"/>
    <w:rsid w:val="005C49EA"/>
    <w:rsid w:val="005C6962"/>
    <w:rsid w:val="005C7B49"/>
    <w:rsid w:val="005F08D6"/>
    <w:rsid w:val="00602072"/>
    <w:rsid w:val="0061174A"/>
    <w:rsid w:val="00625D85"/>
    <w:rsid w:val="00626214"/>
    <w:rsid w:val="00631C90"/>
    <w:rsid w:val="00640453"/>
    <w:rsid w:val="00640A45"/>
    <w:rsid w:val="00646DCB"/>
    <w:rsid w:val="006505C0"/>
    <w:rsid w:val="006515BE"/>
    <w:rsid w:val="00661154"/>
    <w:rsid w:val="00665CB0"/>
    <w:rsid w:val="00686919"/>
    <w:rsid w:val="00695BC3"/>
    <w:rsid w:val="006D19DC"/>
    <w:rsid w:val="006F21B8"/>
    <w:rsid w:val="006F3839"/>
    <w:rsid w:val="006F5ED9"/>
    <w:rsid w:val="007025C1"/>
    <w:rsid w:val="0070553D"/>
    <w:rsid w:val="007069A1"/>
    <w:rsid w:val="007076DD"/>
    <w:rsid w:val="007112B3"/>
    <w:rsid w:val="00711F96"/>
    <w:rsid w:val="00725BC6"/>
    <w:rsid w:val="00732F39"/>
    <w:rsid w:val="007433C7"/>
    <w:rsid w:val="00753AA7"/>
    <w:rsid w:val="00765AF5"/>
    <w:rsid w:val="00766DAC"/>
    <w:rsid w:val="007843FF"/>
    <w:rsid w:val="00784812"/>
    <w:rsid w:val="007C5E29"/>
    <w:rsid w:val="007D03FF"/>
    <w:rsid w:val="007F6C24"/>
    <w:rsid w:val="00801E74"/>
    <w:rsid w:val="00814D96"/>
    <w:rsid w:val="0083407E"/>
    <w:rsid w:val="00853356"/>
    <w:rsid w:val="00853BF5"/>
    <w:rsid w:val="0086163F"/>
    <w:rsid w:val="00870FB1"/>
    <w:rsid w:val="00871EE3"/>
    <w:rsid w:val="0088033C"/>
    <w:rsid w:val="008A3EC8"/>
    <w:rsid w:val="008E2C6F"/>
    <w:rsid w:val="008E6089"/>
    <w:rsid w:val="008F7458"/>
    <w:rsid w:val="0090287C"/>
    <w:rsid w:val="00904B38"/>
    <w:rsid w:val="00905EF3"/>
    <w:rsid w:val="00910751"/>
    <w:rsid w:val="00913D61"/>
    <w:rsid w:val="00923FBC"/>
    <w:rsid w:val="00942545"/>
    <w:rsid w:val="00944EC2"/>
    <w:rsid w:val="00945836"/>
    <w:rsid w:val="009546C6"/>
    <w:rsid w:val="009742A8"/>
    <w:rsid w:val="0099687C"/>
    <w:rsid w:val="00997449"/>
    <w:rsid w:val="0099770C"/>
    <w:rsid w:val="009D5F6C"/>
    <w:rsid w:val="009D6F6B"/>
    <w:rsid w:val="009E2B83"/>
    <w:rsid w:val="00A05FD8"/>
    <w:rsid w:val="00A21C54"/>
    <w:rsid w:val="00A24873"/>
    <w:rsid w:val="00A24DA5"/>
    <w:rsid w:val="00A33B8B"/>
    <w:rsid w:val="00A600BA"/>
    <w:rsid w:val="00A71BF6"/>
    <w:rsid w:val="00A919AE"/>
    <w:rsid w:val="00AA1D8D"/>
    <w:rsid w:val="00AA70BD"/>
    <w:rsid w:val="00AB0B20"/>
    <w:rsid w:val="00AB7A7A"/>
    <w:rsid w:val="00AC2DC1"/>
    <w:rsid w:val="00AD18B3"/>
    <w:rsid w:val="00AE0E2C"/>
    <w:rsid w:val="00B121C8"/>
    <w:rsid w:val="00B1419C"/>
    <w:rsid w:val="00B166A0"/>
    <w:rsid w:val="00B24E01"/>
    <w:rsid w:val="00B24F7A"/>
    <w:rsid w:val="00B314B8"/>
    <w:rsid w:val="00B33F71"/>
    <w:rsid w:val="00B348F9"/>
    <w:rsid w:val="00B379FD"/>
    <w:rsid w:val="00B45719"/>
    <w:rsid w:val="00B47730"/>
    <w:rsid w:val="00B5048D"/>
    <w:rsid w:val="00B541E4"/>
    <w:rsid w:val="00B623F9"/>
    <w:rsid w:val="00B64311"/>
    <w:rsid w:val="00B6582D"/>
    <w:rsid w:val="00B705B2"/>
    <w:rsid w:val="00B860D0"/>
    <w:rsid w:val="00BA0148"/>
    <w:rsid w:val="00BA67F2"/>
    <w:rsid w:val="00BB08F2"/>
    <w:rsid w:val="00BB7E9A"/>
    <w:rsid w:val="00BC4E40"/>
    <w:rsid w:val="00BC6461"/>
    <w:rsid w:val="00BE66A0"/>
    <w:rsid w:val="00BF3909"/>
    <w:rsid w:val="00BF52EF"/>
    <w:rsid w:val="00C07507"/>
    <w:rsid w:val="00C234CD"/>
    <w:rsid w:val="00C305F0"/>
    <w:rsid w:val="00C44691"/>
    <w:rsid w:val="00C53132"/>
    <w:rsid w:val="00C56E9E"/>
    <w:rsid w:val="00C63C74"/>
    <w:rsid w:val="00CA62F4"/>
    <w:rsid w:val="00CB0664"/>
    <w:rsid w:val="00CB5105"/>
    <w:rsid w:val="00CE0CE7"/>
    <w:rsid w:val="00CE74BB"/>
    <w:rsid w:val="00D11917"/>
    <w:rsid w:val="00D11B4E"/>
    <w:rsid w:val="00D176AC"/>
    <w:rsid w:val="00D276B1"/>
    <w:rsid w:val="00D37101"/>
    <w:rsid w:val="00D37D90"/>
    <w:rsid w:val="00D45193"/>
    <w:rsid w:val="00D45D4B"/>
    <w:rsid w:val="00D761A6"/>
    <w:rsid w:val="00DB0B92"/>
    <w:rsid w:val="00DB3322"/>
    <w:rsid w:val="00DB3EE1"/>
    <w:rsid w:val="00DF477D"/>
    <w:rsid w:val="00DF7CF5"/>
    <w:rsid w:val="00E20311"/>
    <w:rsid w:val="00E65599"/>
    <w:rsid w:val="00E96AF3"/>
    <w:rsid w:val="00EB6DAD"/>
    <w:rsid w:val="00EB7557"/>
    <w:rsid w:val="00EB7959"/>
    <w:rsid w:val="00EC0247"/>
    <w:rsid w:val="00ED7C44"/>
    <w:rsid w:val="00EE1416"/>
    <w:rsid w:val="00EE4265"/>
    <w:rsid w:val="00EF3362"/>
    <w:rsid w:val="00F03995"/>
    <w:rsid w:val="00F0516A"/>
    <w:rsid w:val="00F05E33"/>
    <w:rsid w:val="00F11A7A"/>
    <w:rsid w:val="00F17493"/>
    <w:rsid w:val="00F22089"/>
    <w:rsid w:val="00F30BB5"/>
    <w:rsid w:val="00F3302D"/>
    <w:rsid w:val="00F351C0"/>
    <w:rsid w:val="00F474F2"/>
    <w:rsid w:val="00F609AF"/>
    <w:rsid w:val="00F63467"/>
    <w:rsid w:val="00F6570E"/>
    <w:rsid w:val="00F66645"/>
    <w:rsid w:val="00F75183"/>
    <w:rsid w:val="00F77F91"/>
    <w:rsid w:val="00F92455"/>
    <w:rsid w:val="00F94608"/>
    <w:rsid w:val="00F94867"/>
    <w:rsid w:val="00F973E5"/>
    <w:rsid w:val="00FA69E0"/>
    <w:rsid w:val="00FB19A8"/>
    <w:rsid w:val="00FB219F"/>
    <w:rsid w:val="00FC42EA"/>
    <w:rsid w:val="00FC693F"/>
    <w:rsid w:val="00FD2A52"/>
    <w:rsid w:val="00FE7EA5"/>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787B321"/>
  <w14:defaultImageDpi w14:val="330"/>
  <w15:docId w15:val="{59A9E28C-6308-4477-AFDE-58B437A89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lang w:val="de-LI"/>
    </w:rPr>
  </w:style>
  <w:style w:type="paragraph" w:styleId="berschrift1">
    <w:name w:val="heading 1"/>
    <w:basedOn w:val="Standard"/>
    <w:next w:val="Standard"/>
    <w:link w:val="berschrift1Zchn"/>
    <w:uiPriority w:val="9"/>
    <w:qFormat/>
    <w:rsid w:val="00DF7CF5"/>
    <w:pPr>
      <w:keepNext/>
      <w:keepLines/>
      <w:spacing w:before="480" w:after="0"/>
      <w:outlineLvl w:val="0"/>
    </w:pPr>
    <w:rPr>
      <w:rFonts w:ascii="Source Sans Pro" w:eastAsiaTheme="majorEastAsia" w:hAnsi="Source Sans Pro" w:cstheme="majorBidi"/>
      <w:b/>
      <w:bCs/>
      <w:color w:val="17365D" w:themeColor="text2" w:themeShade="BF"/>
      <w:sz w:val="36"/>
      <w:szCs w:val="28"/>
    </w:rPr>
  </w:style>
  <w:style w:type="paragraph" w:styleId="berschrift2">
    <w:name w:val="heading 2"/>
    <w:basedOn w:val="Standard"/>
    <w:next w:val="Standard"/>
    <w:link w:val="berschrift2Zchn"/>
    <w:autoRedefine/>
    <w:uiPriority w:val="9"/>
    <w:unhideWhenUsed/>
    <w:qFormat/>
    <w:rsid w:val="007076DD"/>
    <w:pPr>
      <w:keepNext/>
      <w:keepLines/>
      <w:spacing w:before="240" w:after="120"/>
      <w:jc w:val="center"/>
      <w:outlineLvl w:val="1"/>
    </w:pPr>
    <w:rPr>
      <w:rFonts w:ascii="Source Sans Pro" w:eastAsiaTheme="majorEastAsia" w:hAnsi="Source Sans Pro" w:cstheme="majorBidi"/>
      <w:b/>
      <w:bCs/>
      <w:caps/>
      <w:color w:val="17365D" w:themeColor="text2" w:themeShade="BF"/>
      <w:sz w:val="28"/>
      <w:szCs w:val="26"/>
      <w:u w:val="single"/>
      <w:lang w:val="en-US"/>
    </w:rPr>
  </w:style>
  <w:style w:type="paragraph" w:styleId="berschrift3">
    <w:name w:val="heading 3"/>
    <w:basedOn w:val="Standard"/>
    <w:next w:val="Standard"/>
    <w:link w:val="berschrift3Zchn"/>
    <w:uiPriority w:val="9"/>
    <w:unhideWhenUsed/>
    <w:qFormat/>
    <w:rsid w:val="001F70A0"/>
    <w:pPr>
      <w:keepNext/>
      <w:keepLines/>
      <w:spacing w:before="200" w:after="0"/>
      <w:outlineLvl w:val="2"/>
    </w:pPr>
    <w:rPr>
      <w:rFonts w:ascii="Source Sans Pro" w:eastAsiaTheme="majorEastAsia" w:hAnsi="Source Sans Pro" w:cstheme="majorBidi"/>
      <w:b/>
      <w:bCs/>
      <w:color w:val="17365D" w:themeColor="text2" w:themeShade="BF"/>
      <w:sz w:val="24"/>
    </w:rPr>
  </w:style>
  <w:style w:type="paragraph" w:styleId="berschrift4">
    <w:name w:val="heading 4"/>
    <w:basedOn w:val="Standard"/>
    <w:next w:val="Standard"/>
    <w:link w:val="berschrift4Zchn"/>
    <w:autoRedefine/>
    <w:uiPriority w:val="9"/>
    <w:unhideWhenUsed/>
    <w:qFormat/>
    <w:rsid w:val="00D37101"/>
    <w:pPr>
      <w:keepNext/>
      <w:keepLines/>
      <w:spacing w:before="240" w:after="120" w:line="240" w:lineRule="auto"/>
      <w:outlineLvl w:val="3"/>
    </w:pPr>
    <w:rPr>
      <w:rFonts w:ascii="Source Sans Pro" w:eastAsiaTheme="majorEastAsia" w:hAnsi="Source Sans Pro" w:cstheme="majorBidi"/>
      <w:b/>
      <w:bCs/>
      <w:i/>
      <w:iCs/>
      <w:color w:val="17365D" w:themeColor="text2" w:themeShade="BF"/>
      <w:sz w:val="24"/>
      <w:szCs w:val="24"/>
      <w:lang w:val="en-US"/>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DF7CF5"/>
    <w:rPr>
      <w:rFonts w:ascii="Source Sans Pro" w:eastAsiaTheme="majorEastAsia" w:hAnsi="Source Sans Pro" w:cstheme="majorBidi"/>
      <w:b/>
      <w:bCs/>
      <w:color w:val="17365D" w:themeColor="text2" w:themeShade="BF"/>
      <w:sz w:val="36"/>
      <w:szCs w:val="28"/>
      <w:lang w:val="de-LI"/>
    </w:rPr>
  </w:style>
  <w:style w:type="character" w:customStyle="1" w:styleId="berschrift2Zchn">
    <w:name w:val="Überschrift 2 Zchn"/>
    <w:basedOn w:val="Absatz-Standardschriftart"/>
    <w:link w:val="berschrift2"/>
    <w:uiPriority w:val="9"/>
    <w:rsid w:val="007076DD"/>
    <w:rPr>
      <w:rFonts w:ascii="Source Sans Pro" w:eastAsiaTheme="majorEastAsia" w:hAnsi="Source Sans Pro" w:cstheme="majorBidi"/>
      <w:b/>
      <w:bCs/>
      <w:caps/>
      <w:color w:val="17365D" w:themeColor="text2" w:themeShade="BF"/>
      <w:sz w:val="28"/>
      <w:szCs w:val="26"/>
      <w:u w:val="single"/>
    </w:rPr>
  </w:style>
  <w:style w:type="character" w:customStyle="1" w:styleId="berschrift3Zchn">
    <w:name w:val="Überschrift 3 Zchn"/>
    <w:basedOn w:val="Absatz-Standardschriftart"/>
    <w:link w:val="berschrift3"/>
    <w:uiPriority w:val="9"/>
    <w:rsid w:val="001F70A0"/>
    <w:rPr>
      <w:rFonts w:ascii="Source Sans Pro" w:eastAsiaTheme="majorEastAsia" w:hAnsi="Source Sans Pro" w:cstheme="majorBidi"/>
      <w:b/>
      <w:bCs/>
      <w:color w:val="17365D" w:themeColor="text2" w:themeShade="BF"/>
      <w:sz w:val="24"/>
      <w:lang w:val="de-LI"/>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rsid w:val="00D37101"/>
    <w:rPr>
      <w:rFonts w:ascii="Source Sans Pro" w:eastAsiaTheme="majorEastAsia" w:hAnsi="Source Sans Pro" w:cstheme="majorBidi"/>
      <w:b/>
      <w:bCs/>
      <w:i/>
      <w:iCs/>
      <w:color w:val="17365D" w:themeColor="text2" w:themeShade="BF"/>
      <w:sz w:val="24"/>
      <w:szCs w:val="24"/>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nhideWhenUsed/>
    <w:rsid w:val="002B2B80"/>
    <w:rPr>
      <w:color w:val="0000FF" w:themeColor="hyperlink"/>
      <w:u w:val="single"/>
    </w:rPr>
  </w:style>
  <w:style w:type="character" w:styleId="NichtaufgelsteErwhnung">
    <w:name w:val="Unresolved Mention"/>
    <w:basedOn w:val="Absatz-Standardschriftart"/>
    <w:uiPriority w:val="99"/>
    <w:semiHidden/>
    <w:unhideWhenUsed/>
    <w:rsid w:val="002B2B80"/>
    <w:rPr>
      <w:color w:val="605E5C"/>
      <w:shd w:val="clear" w:color="auto" w:fill="E1DFDD"/>
    </w:rPr>
  </w:style>
  <w:style w:type="character" w:styleId="Platzhaltertext">
    <w:name w:val="Placeholder Text"/>
    <w:basedOn w:val="Absatz-Standardschriftart"/>
    <w:uiPriority w:val="99"/>
    <w:semiHidden/>
    <w:rsid w:val="00256117"/>
    <w:rPr>
      <w:color w:val="808080"/>
    </w:rPr>
  </w:style>
  <w:style w:type="paragraph" w:styleId="Funotentext">
    <w:name w:val="footnote text"/>
    <w:basedOn w:val="Standard"/>
    <w:link w:val="FunotentextZchn"/>
    <w:rsid w:val="00C53132"/>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
    <w:name w:val="Fußnotentext Zchn"/>
    <w:basedOn w:val="Absatz-Standardschriftart"/>
    <w:link w:val="Funotentext"/>
    <w:rsid w:val="00C53132"/>
    <w:rPr>
      <w:rFonts w:ascii="Times New Roman" w:eastAsia="Times New Roman" w:hAnsi="Times New Roman" w:cs="Times New Roman"/>
      <w:sz w:val="20"/>
      <w:szCs w:val="20"/>
      <w:lang w:val="fr-FR"/>
    </w:rPr>
  </w:style>
  <w:style w:type="paragraph" w:styleId="Endnotentext">
    <w:name w:val="endnote text"/>
    <w:basedOn w:val="Standard"/>
    <w:link w:val="EndnotentextZchn"/>
    <w:unhideWhenUsed/>
    <w:rsid w:val="00C53132"/>
    <w:pPr>
      <w:spacing w:after="0" w:line="240" w:lineRule="auto"/>
    </w:pPr>
    <w:rPr>
      <w:rFonts w:eastAsiaTheme="minorHAnsi"/>
      <w:sz w:val="20"/>
      <w:szCs w:val="20"/>
      <w:lang w:val="it-IT"/>
    </w:rPr>
  </w:style>
  <w:style w:type="character" w:customStyle="1" w:styleId="EndnotentextZchn">
    <w:name w:val="Endnotentext Zchn"/>
    <w:basedOn w:val="Absatz-Standardschriftart"/>
    <w:link w:val="Endnotentext"/>
    <w:rsid w:val="00C53132"/>
    <w:rPr>
      <w:rFonts w:eastAsiaTheme="minorHAnsi"/>
      <w:sz w:val="20"/>
      <w:szCs w:val="20"/>
      <w:lang w:val="it-IT"/>
    </w:rPr>
  </w:style>
  <w:style w:type="paragraph" w:styleId="StandardWeb">
    <w:name w:val="Normal (Web)"/>
    <w:basedOn w:val="Standard"/>
    <w:uiPriority w:val="99"/>
    <w:semiHidden/>
    <w:unhideWhenUsed/>
    <w:rsid w:val="00942545"/>
    <w:pPr>
      <w:spacing w:before="100" w:beforeAutospacing="1" w:after="100" w:afterAutospacing="1" w:line="240" w:lineRule="auto"/>
    </w:pPr>
    <w:rPr>
      <w:rFonts w:ascii="Times New Roman" w:eastAsia="Times New Roman" w:hAnsi="Times New Roman" w:cs="Times New Roman"/>
      <w:sz w:val="24"/>
      <w:szCs w:val="24"/>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264660">
      <w:bodyDiv w:val="1"/>
      <w:marLeft w:val="0"/>
      <w:marRight w:val="0"/>
      <w:marTop w:val="0"/>
      <w:marBottom w:val="0"/>
      <w:divBdr>
        <w:top w:val="none" w:sz="0" w:space="0" w:color="auto"/>
        <w:left w:val="none" w:sz="0" w:space="0" w:color="auto"/>
        <w:bottom w:val="none" w:sz="0" w:space="0" w:color="auto"/>
        <w:right w:val="none" w:sz="0" w:space="0" w:color="auto"/>
      </w:divBdr>
    </w:div>
    <w:div w:id="9181737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national.office@ufl.l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Allgemein"/>
          <w:gallery w:val="placeholder"/>
        </w:category>
        <w:types>
          <w:type w:val="bbPlcHdr"/>
        </w:types>
        <w:behaviors>
          <w:behavior w:val="content"/>
        </w:behaviors>
        <w:guid w:val="{F367AEF9-79F6-4F5F-B560-5029DAA283B4}"/>
      </w:docPartPr>
      <w:docPartBody>
        <w:p w:rsidR="0056725C" w:rsidRDefault="00AA4E47">
          <w:r w:rsidRPr="00EF078A">
            <w:rPr>
              <w:rStyle w:val="Platzhaltertext"/>
            </w:rPr>
            <w:t>Wählen Sie ein Element aus.</w:t>
          </w:r>
        </w:p>
      </w:docPartBody>
    </w:docPart>
    <w:docPart>
      <w:docPartPr>
        <w:name w:val="A6882C8E9DEE4B9C9BBFE45E0B28C895"/>
        <w:category>
          <w:name w:val="Allgemein"/>
          <w:gallery w:val="placeholder"/>
        </w:category>
        <w:types>
          <w:type w:val="bbPlcHdr"/>
        </w:types>
        <w:behaviors>
          <w:behavior w:val="content"/>
        </w:behaviors>
        <w:guid w:val="{FD0B482B-7D4C-4851-8D1B-2CD88D13F0C4}"/>
      </w:docPartPr>
      <w:docPartBody>
        <w:p w:rsidR="0056725C" w:rsidRDefault="00AA4E47" w:rsidP="00AA4E47">
          <w:pPr>
            <w:pStyle w:val="A6882C8E9DEE4B9C9BBFE45E0B28C895"/>
          </w:pPr>
          <w:r w:rsidRPr="00EF078A">
            <w:rPr>
              <w:rStyle w:val="Platzhaltertext"/>
            </w:rPr>
            <w:t>Wählen Sie ein Element aus.</w:t>
          </w:r>
        </w:p>
      </w:docPartBody>
    </w:docPart>
    <w:docPart>
      <w:docPartPr>
        <w:name w:val="DefaultPlaceholder_-1854013437"/>
        <w:category>
          <w:name w:val="Allgemein"/>
          <w:gallery w:val="placeholder"/>
        </w:category>
        <w:types>
          <w:type w:val="bbPlcHdr"/>
        </w:types>
        <w:behaviors>
          <w:behavior w:val="content"/>
        </w:behaviors>
        <w:guid w:val="{33DCF9E2-FA51-4CE6-A317-AE03701E01AB}"/>
      </w:docPartPr>
      <w:docPartBody>
        <w:p w:rsidR="0056725C" w:rsidRDefault="00AA4E47">
          <w:r w:rsidRPr="00EF078A">
            <w:rPr>
              <w:rStyle w:val="Platzhaltertext"/>
            </w:rPr>
            <w:t>Klicken oder tippen Sie, um ein Datum einzugeben.</w:t>
          </w:r>
        </w:p>
      </w:docPartBody>
    </w:docPart>
    <w:docPart>
      <w:docPartPr>
        <w:name w:val="8D3F961065944E2792CFFD4ADFE6C739"/>
        <w:category>
          <w:name w:val="Allgemein"/>
          <w:gallery w:val="placeholder"/>
        </w:category>
        <w:types>
          <w:type w:val="bbPlcHdr"/>
        </w:types>
        <w:behaviors>
          <w:behavior w:val="content"/>
        </w:behaviors>
        <w:guid w:val="{88D44F1F-D97A-4DA0-ACA8-F3B486558AFF}"/>
      </w:docPartPr>
      <w:docPartBody>
        <w:p w:rsidR="0056725C" w:rsidRDefault="00AA4E47" w:rsidP="00AA4E47">
          <w:pPr>
            <w:pStyle w:val="8D3F961065944E2792CFFD4ADFE6C739"/>
          </w:pPr>
          <w:r w:rsidRPr="00EF078A">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47"/>
    <w:rsid w:val="0056725C"/>
    <w:rsid w:val="00AA4E47"/>
  </w:rsids>
  <m:mathPr>
    <m:mathFont m:val="Cambria Math"/>
    <m:brkBin m:val="before"/>
    <m:brkBinSub m:val="--"/>
    <m:smallFrac m:val="0"/>
    <m:dispDef/>
    <m:lMargin m:val="0"/>
    <m:rMargin m:val="0"/>
    <m:defJc m:val="centerGroup"/>
    <m:wrapIndent m:val="1440"/>
    <m:intLim m:val="subSup"/>
    <m:naryLim m:val="undOvr"/>
  </m:mathPr>
  <w:themeFontLang w:val="de-L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LI" w:eastAsia="de-L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4E47"/>
    <w:rPr>
      <w:color w:val="808080"/>
    </w:rPr>
  </w:style>
  <w:style w:type="paragraph" w:customStyle="1" w:styleId="A6882C8E9DEE4B9C9BBFE45E0B28C895">
    <w:name w:val="A6882C8E9DEE4B9C9BBFE45E0B28C895"/>
    <w:rsid w:val="00AA4E47"/>
  </w:style>
  <w:style w:type="paragraph" w:customStyle="1" w:styleId="8D3F961065944E2792CFFD4ADFE6C739">
    <w:name w:val="8D3F961065944E2792CFFD4ADFE6C739"/>
    <w:rsid w:val="00AA4E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677</Words>
  <Characters>4268</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Mauro Caluzi</cp:lastModifiedBy>
  <cp:revision>261</cp:revision>
  <cp:lastPrinted>2026-06-29T08:43:00Z</cp:lastPrinted>
  <dcterms:created xsi:type="dcterms:W3CDTF">2026-04-23T09:50:00Z</dcterms:created>
  <dcterms:modified xsi:type="dcterms:W3CDTF">2026-07-06T08:33:00Z</dcterms:modified>
  <cp:category/>
</cp:coreProperties>
</file>